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63A8E" w14:textId="77777777" w:rsidR="00722CAE" w:rsidRDefault="00EC5CE8">
      <w:pPr>
        <w:jc w:val="center"/>
      </w:pPr>
      <w:r>
        <w:rPr>
          <w:noProof/>
        </w:rPr>
        <w:drawing>
          <wp:inline distT="0" distB="0" distL="0" distR="0" wp14:anchorId="6CD2D0C0" wp14:editId="6E9F452A">
            <wp:extent cx="4389120" cy="97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_furriest_complete_bran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9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13620" w14:textId="77777777" w:rsidR="00722CAE" w:rsidRDefault="00EC5CE8">
      <w:pPr>
        <w:spacing w:after="80"/>
        <w:jc w:val="center"/>
      </w:pPr>
      <w:r>
        <w:rPr>
          <w:rFonts w:ascii="Aptos Display" w:hAnsi="Aptos Display"/>
          <w:b/>
          <w:sz w:val="30"/>
        </w:rPr>
        <w:t>END OF STAY REPORT  •  CARE SUMMARY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3528"/>
        <w:gridCol w:w="3528"/>
        <w:gridCol w:w="3528"/>
      </w:tblGrid>
      <w:tr w:rsidR="00722CAE" w14:paraId="4B24058C" w14:textId="77777777">
        <w:trPr>
          <w:cantSplit/>
          <w:jc w:val="center"/>
        </w:trPr>
        <w:tc>
          <w:tcPr>
            <w:tcW w:w="3528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FF6D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F6299E" w14:textId="77777777" w:rsidR="00722CAE" w:rsidRDefault="00EC5CE8">
            <w:pPr>
              <w:spacing w:after="40" w:line="240" w:lineRule="auto"/>
            </w:pPr>
            <w:r>
              <w:rPr>
                <w:b/>
                <w:sz w:val="16"/>
              </w:rPr>
              <w:t xml:space="preserve">Dog's name  </w:t>
            </w:r>
            <w:r>
              <w:rPr>
                <w:color w:val="637A91"/>
                <w:sz w:val="16"/>
              </w:rPr>
              <w:t>__________________</w:t>
            </w:r>
          </w:p>
        </w:tc>
        <w:tc>
          <w:tcPr>
            <w:tcW w:w="3528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FF6D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A74A86" w14:textId="77777777" w:rsidR="00722CAE" w:rsidRDefault="00EC5CE8">
            <w:pPr>
              <w:spacing w:after="40" w:line="240" w:lineRule="auto"/>
            </w:pPr>
            <w:r>
              <w:rPr>
                <w:b/>
                <w:sz w:val="16"/>
              </w:rPr>
              <w:t xml:space="preserve">Owner's name  </w:t>
            </w:r>
            <w:r>
              <w:rPr>
                <w:color w:val="637A91"/>
                <w:sz w:val="16"/>
              </w:rPr>
              <w:t>__________________</w:t>
            </w:r>
          </w:p>
        </w:tc>
        <w:tc>
          <w:tcPr>
            <w:tcW w:w="3528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FF6D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E2AC08" w14:textId="77777777" w:rsidR="00722CAE" w:rsidRDefault="00EC5CE8">
            <w:pPr>
              <w:spacing w:after="40" w:line="240" w:lineRule="auto"/>
            </w:pPr>
            <w:r>
              <w:rPr>
                <w:b/>
                <w:sz w:val="16"/>
              </w:rPr>
              <w:t xml:space="preserve">Arrival date &amp; time  </w:t>
            </w:r>
            <w:r>
              <w:rPr>
                <w:color w:val="637A91"/>
                <w:sz w:val="16"/>
              </w:rPr>
              <w:t>__________________</w:t>
            </w:r>
          </w:p>
        </w:tc>
        <w:tc>
          <w:tcPr>
            <w:tcW w:w="3528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FF6D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EE6EF7" w14:textId="77777777" w:rsidR="00722CAE" w:rsidRDefault="00EC5CE8">
            <w:pPr>
              <w:spacing w:after="40" w:line="240" w:lineRule="auto"/>
            </w:pPr>
            <w:r>
              <w:rPr>
                <w:b/>
                <w:sz w:val="16"/>
              </w:rPr>
              <w:t xml:space="preserve">Collection date &amp; time  </w:t>
            </w:r>
            <w:r>
              <w:rPr>
                <w:color w:val="637A91"/>
                <w:sz w:val="16"/>
              </w:rPr>
              <w:t>__________________</w:t>
            </w:r>
          </w:p>
        </w:tc>
      </w:tr>
      <w:tr w:rsidR="00722CAE" w14:paraId="4BD40C81" w14:textId="77777777">
        <w:trPr>
          <w:cantSplit/>
          <w:jc w:val="center"/>
        </w:trPr>
        <w:tc>
          <w:tcPr>
            <w:tcW w:w="3528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4FA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F5A39A" w14:textId="77777777" w:rsidR="00722CAE" w:rsidRDefault="00EC5CE8">
            <w:pPr>
              <w:spacing w:after="40" w:line="240" w:lineRule="auto"/>
            </w:pPr>
            <w:r>
              <w:rPr>
                <w:b/>
                <w:sz w:val="16"/>
              </w:rPr>
              <w:t xml:space="preserve">Completed by  </w:t>
            </w:r>
            <w:r>
              <w:rPr>
                <w:color w:val="637A91"/>
                <w:sz w:val="16"/>
              </w:rPr>
              <w:t>__________________</w:t>
            </w:r>
          </w:p>
        </w:tc>
        <w:tc>
          <w:tcPr>
            <w:tcW w:w="3528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4FA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921952" w14:textId="77777777" w:rsidR="00722CAE" w:rsidRDefault="00EC5CE8">
            <w:pPr>
              <w:spacing w:after="40" w:line="240" w:lineRule="auto"/>
            </w:pPr>
            <w:r>
              <w:rPr>
                <w:b/>
                <w:sz w:val="16"/>
              </w:rPr>
              <w:t xml:space="preserve">Length of stay  </w:t>
            </w:r>
            <w:r>
              <w:rPr>
                <w:color w:val="637A91"/>
                <w:sz w:val="16"/>
              </w:rPr>
              <w:t>__________________</w:t>
            </w:r>
          </w:p>
        </w:tc>
        <w:tc>
          <w:tcPr>
            <w:tcW w:w="3528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4FA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E2387A" w14:textId="77777777" w:rsidR="00722CAE" w:rsidRDefault="00EC5CE8">
            <w:pPr>
              <w:spacing w:after="40" w:line="240" w:lineRule="auto"/>
            </w:pPr>
            <w:r>
              <w:rPr>
                <w:b/>
                <w:sz w:val="16"/>
              </w:rPr>
              <w:t xml:space="preserve">Owner contact number  </w:t>
            </w:r>
            <w:r>
              <w:rPr>
                <w:color w:val="637A91"/>
                <w:sz w:val="16"/>
              </w:rPr>
              <w:t>__________________</w:t>
            </w:r>
          </w:p>
        </w:tc>
        <w:tc>
          <w:tcPr>
            <w:tcW w:w="3528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4FA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9D8A6C" w14:textId="77777777" w:rsidR="00722CAE" w:rsidRDefault="00EC5CE8">
            <w:pPr>
              <w:spacing w:after="40" w:line="240" w:lineRule="auto"/>
            </w:pPr>
            <w:r>
              <w:rPr>
                <w:b/>
                <w:sz w:val="16"/>
              </w:rPr>
              <w:t xml:space="preserve">Report date  </w:t>
            </w:r>
            <w:r>
              <w:rPr>
                <w:color w:val="637A91"/>
                <w:sz w:val="16"/>
              </w:rPr>
              <w:t>__________________</w:t>
            </w:r>
          </w:p>
        </w:tc>
      </w:tr>
    </w:tbl>
    <w:p w14:paraId="20F07E57" w14:textId="77777777" w:rsidR="00722CAE" w:rsidRDefault="00722CA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0"/>
        <w:gridCol w:w="6940"/>
      </w:tblGrid>
      <w:tr w:rsidR="00722CAE" w14:paraId="6F66B43A" w14:textId="77777777">
        <w:trPr>
          <w:jc w:val="center"/>
        </w:trPr>
        <w:tc>
          <w:tcPr>
            <w:tcW w:w="694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2BA267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0968DFAA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FC53D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602183E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1  Food &amp; water</w:t>
                  </w:r>
                </w:p>
              </w:tc>
            </w:tr>
            <w:tr w:rsidR="00722CAE" w14:paraId="640316B1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FF6DD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175927C5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Food eaten:   ☐ All   ☐ Most   ☐ About half   ☐ A little   ☐ None</w:t>
                  </w:r>
                </w:p>
                <w:p w14:paraId="52576E15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Water intake:  ☐ Normal   ☐ More than usual   ☐ Less than usual</w:t>
                  </w:r>
                </w:p>
                <w:p w14:paraId="7F26FA56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Meals / amounts / times  </w:t>
                  </w:r>
                  <w:r>
                    <w:rPr>
                      <w:color w:val="637A91"/>
                    </w:rPr>
                    <w:t>_____________________________</w:t>
                  </w:r>
                </w:p>
                <w:p w14:paraId="155EA5DD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Treats or extras  </w:t>
                  </w:r>
                  <w:r>
                    <w:rPr>
                      <w:color w:val="637A91"/>
                    </w:rPr>
                    <w:t>____________________________________</w:t>
                  </w:r>
                </w:p>
                <w:p w14:paraId="6B0DC30F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0A0103FF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658A61F6" w14:textId="77777777" w:rsidR="00722CAE" w:rsidRDefault="00722CAE"/>
          <w:p w14:paraId="08DCF628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5B4D2CA5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DDF2FB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1FDC2391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2  Toileting</w:t>
                  </w:r>
                </w:p>
              </w:tc>
            </w:tr>
            <w:tr w:rsidR="00722CAE" w14:paraId="4A5ACEFD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4FAFD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3AB68DE8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Urination:  ☐ Normal   ☐ More frequent   ☐ Less frequent   ☐ Concern</w:t>
                  </w:r>
                </w:p>
                <w:p w14:paraId="086EE091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Bowel movements:  ☐ Normal   ☐ Soft   ☐ Loose   ☐ None   ☐ Concern</w:t>
                  </w:r>
                </w:p>
                <w:p w14:paraId="20A9C1A4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Times / observations  </w:t>
                  </w:r>
                  <w:r>
                    <w:rPr>
                      <w:color w:val="637A91"/>
                    </w:rPr>
                    <w:t>_________________________________</w:t>
                  </w:r>
                </w:p>
                <w:p w14:paraId="2B767570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7A8420C0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39E96880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18C3AD9C" w14:textId="77777777" w:rsidR="00722CAE" w:rsidRDefault="00722CAE"/>
        </w:tc>
        <w:tc>
          <w:tcPr>
            <w:tcW w:w="694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E7EA27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455C4215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DDF4E6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4D0EA1A6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3  Walks, play &amp; enrichment</w:t>
                  </w:r>
                </w:p>
              </w:tc>
            </w:tr>
            <w:tr w:rsidR="00722CAE" w14:paraId="54969495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5FBF7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7F60053A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Walks completed  </w:t>
                  </w:r>
                  <w:r>
                    <w:rPr>
                      <w:color w:val="637A91"/>
                    </w:rPr>
                    <w:t>______________</w:t>
                  </w:r>
                </w:p>
                <w:p w14:paraId="21B58DF7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Total walking time  </w:t>
                  </w:r>
                  <w:r>
                    <w:rPr>
                      <w:color w:val="637A91"/>
                    </w:rPr>
                    <w:t>________________________</w:t>
                  </w:r>
                </w:p>
                <w:p w14:paraId="4D13F500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Main locations / route  </w:t>
                  </w:r>
                  <w:r>
                    <w:rPr>
                      <w:color w:val="637A91"/>
                    </w:rPr>
                    <w:t>______________________________</w:t>
                  </w:r>
                </w:p>
                <w:p w14:paraId="11AAEAA7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Energy:  ☐ Calm   ☐ Usual   ☐ Lively   ☐ Very energetic   ☐ Tired</w:t>
                  </w:r>
                </w:p>
                <w:p w14:paraId="64F8C07D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Play / enrichment enjoyed  </w:t>
                  </w:r>
                  <w:r>
                    <w:rPr>
                      <w:color w:val="637A91"/>
                    </w:rPr>
                    <w:t>___________________________</w:t>
                  </w:r>
                </w:p>
                <w:p w14:paraId="35FD619D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2FCEFC16" w14:textId="77777777" w:rsidR="00722CAE" w:rsidRDefault="00722CAE"/>
          <w:p w14:paraId="32A9974F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3EE800D1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9DFE9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2F1E77D5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4  Rest, mood &amp; behaviour</w:t>
                  </w:r>
                </w:p>
              </w:tc>
            </w:tr>
            <w:tr w:rsidR="00722CAE" w14:paraId="078CA121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FF7FA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657434FB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Mood:  ☐ Relaxed   ☐ Happy   ☐ Excited   ☐ Quiet   ☐ Anxious</w:t>
                  </w:r>
                </w:p>
                <w:p w14:paraId="36215FF8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Rest / sleep  </w:t>
                  </w:r>
                  <w:r>
                    <w:rPr>
                      <w:color w:val="637A91"/>
                    </w:rPr>
                    <w:t>_____________________________________</w:t>
                  </w:r>
                </w:p>
                <w:p w14:paraId="396B7E51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Social behaviour  </w:t>
                  </w:r>
                  <w:r>
                    <w:rPr>
                      <w:color w:val="637A91"/>
                    </w:rPr>
                    <w:t>_______________________________</w:t>
                  </w:r>
                </w:p>
                <w:p w14:paraId="6BD9BF5E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Behaviour notes  </w:t>
                  </w:r>
                  <w:r>
                    <w:rPr>
                      <w:color w:val="637A91"/>
                    </w:rPr>
                    <w:t>________________________________</w:t>
                  </w:r>
                </w:p>
                <w:p w14:paraId="1B8F601A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66668F19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390E29CF" w14:textId="77777777" w:rsidR="00722CAE" w:rsidRDefault="00722CAE"/>
        </w:tc>
      </w:tr>
    </w:tbl>
    <w:p w14:paraId="521D0097" w14:textId="77777777" w:rsidR="00722CAE" w:rsidRDefault="00722CA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996"/>
      </w:tblGrid>
      <w:tr w:rsidR="00722CAE" w14:paraId="20B1A4E2" w14:textId="77777777">
        <w:trPr>
          <w:jc w:val="center"/>
        </w:trPr>
        <w:tc>
          <w:tcPr>
            <w:tcW w:w="13996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E9E1F6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AC93DF" w14:textId="77777777" w:rsidR="00722CAE" w:rsidRDefault="00EC5CE8">
            <w:pPr>
              <w:spacing w:line="240" w:lineRule="auto"/>
            </w:pPr>
            <w:r>
              <w:rPr>
                <w:b/>
                <w:sz w:val="21"/>
              </w:rPr>
              <w:t>5  Today's highlights</w:t>
            </w:r>
          </w:p>
        </w:tc>
      </w:tr>
      <w:tr w:rsidR="00722CAE" w14:paraId="3D58145C" w14:textId="77777777">
        <w:trPr>
          <w:jc w:val="center"/>
        </w:trPr>
        <w:tc>
          <w:tcPr>
            <w:tcW w:w="13996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FAF8FD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0F47E5" w14:textId="77777777" w:rsidR="00722CAE" w:rsidRDefault="00EC5CE8">
            <w:pPr>
              <w:spacing w:line="240" w:lineRule="auto"/>
            </w:pPr>
            <w:r>
              <w:rPr>
                <w:sz w:val="17"/>
              </w:rPr>
              <w:t>Best moments, new experiences or anything the owner would love to know:</w:t>
            </w:r>
          </w:p>
          <w:p w14:paraId="1745F536" w14:textId="77777777" w:rsidR="00722CAE" w:rsidRDefault="00EC5CE8">
            <w:pPr>
              <w:spacing w:after="20" w:line="240" w:lineRule="auto"/>
            </w:pPr>
            <w:r>
              <w:rPr>
                <w:color w:val="8092A5"/>
                <w:sz w:val="16"/>
              </w:rPr>
              <w:t>________________________________________________________________________________________________________________________</w:t>
            </w:r>
          </w:p>
          <w:p w14:paraId="71DCC3FF" w14:textId="77777777" w:rsidR="00722CAE" w:rsidRDefault="00EC5CE8">
            <w:pPr>
              <w:spacing w:after="20" w:line="240" w:lineRule="auto"/>
            </w:pPr>
            <w:r>
              <w:rPr>
                <w:color w:val="8092A5"/>
                <w:sz w:val="16"/>
              </w:rPr>
              <w:t>________________________________________________________________________________________________________________________</w:t>
            </w:r>
          </w:p>
        </w:tc>
      </w:tr>
    </w:tbl>
    <w:p w14:paraId="7711D7AC" w14:textId="77777777" w:rsidR="00722CAE" w:rsidRDefault="00EC5CE8">
      <w:r>
        <w:br w:type="page"/>
      </w:r>
    </w:p>
    <w:p w14:paraId="028BE1EA" w14:textId="77777777" w:rsidR="00722CAE" w:rsidRDefault="00EC5CE8">
      <w:pPr>
        <w:jc w:val="center"/>
      </w:pPr>
      <w:r>
        <w:rPr>
          <w:noProof/>
        </w:rPr>
        <w:lastRenderedPageBreak/>
        <w:drawing>
          <wp:inline distT="0" distB="0" distL="0" distR="0" wp14:anchorId="6F2D605B" wp14:editId="3AD665E4">
            <wp:extent cx="4389120" cy="97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_furriest_complete_bran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9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68E5F" w14:textId="77777777" w:rsidR="00722CAE" w:rsidRDefault="00EC5CE8">
      <w:pPr>
        <w:spacing w:after="80"/>
        <w:jc w:val="center"/>
      </w:pPr>
      <w:r>
        <w:rPr>
          <w:rFonts w:ascii="Aptos Display" w:hAnsi="Aptos Display"/>
          <w:b/>
          <w:sz w:val="30"/>
        </w:rPr>
        <w:t>END OF STAY REPORT  •  HEALTH &amp; HANDOVER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0"/>
        <w:gridCol w:w="6940"/>
      </w:tblGrid>
      <w:tr w:rsidR="00722CAE" w14:paraId="216F514F" w14:textId="77777777">
        <w:trPr>
          <w:jc w:val="center"/>
        </w:trPr>
        <w:tc>
          <w:tcPr>
            <w:tcW w:w="694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70AD7A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2842FE32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DDF2FB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55BBFF6E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6  Medication &amp; routine care</w:t>
                  </w:r>
                </w:p>
              </w:tc>
            </w:tr>
            <w:tr w:rsidR="00722CAE" w14:paraId="2A1E7BB0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4FAFD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2D1E98D6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Medication due during stay:  ☐ No   ☐ Yes, all given as instructed</w:t>
                  </w:r>
                </w:p>
                <w:p w14:paraId="09DA06F6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Medication / dose / time  </w:t>
                  </w:r>
                  <w:r>
                    <w:rPr>
                      <w:color w:val="637A91"/>
                    </w:rPr>
                    <w:t>_____________________________</w:t>
                  </w:r>
                </w:p>
                <w:p w14:paraId="0C49CE35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Routine care:  ☐ Brushed   ☐ Teeth   ☐ Coat/paws checked   ☐ Other</w:t>
                  </w:r>
                </w:p>
                <w:p w14:paraId="06787BA2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Care notes  </w:t>
                  </w:r>
                  <w:r>
                    <w:rPr>
                      <w:color w:val="637A91"/>
                    </w:rPr>
                    <w:t>______________________________________</w:t>
                  </w:r>
                </w:p>
                <w:p w14:paraId="572BA80D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40DAEF63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6E7BD6CB" w14:textId="77777777" w:rsidR="00722CAE" w:rsidRDefault="00722CAE"/>
          <w:p w14:paraId="1FEC0B01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64F3CE90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DDF4E6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D6EF683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7  Health check</w:t>
                  </w:r>
                </w:p>
              </w:tc>
            </w:tr>
            <w:tr w:rsidR="00722CAE" w14:paraId="0FB1CD98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5FBF7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78485562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General condition:  ☐ Normal   ☐ Minor change   ☐ Owner informed</w:t>
                  </w:r>
                </w:p>
                <w:p w14:paraId="0A008019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Eyes / ears / coat / paws:  ☐ No concerns   ☐ Notes below</w:t>
                  </w:r>
                </w:p>
                <w:p w14:paraId="503EFD59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Observations  </w:t>
                  </w:r>
                  <w:r>
                    <w:rPr>
                      <w:color w:val="637A91"/>
                    </w:rPr>
                    <w:t>____________________________________</w:t>
                  </w:r>
                </w:p>
                <w:p w14:paraId="1B8A1700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1BA12269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33290395" w14:textId="77777777" w:rsidR="00722CAE" w:rsidRDefault="00722CAE"/>
          <w:p w14:paraId="477B29EB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43457910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9DFE9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5B03FE73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8  Issues, incidents &amp; action taken</w:t>
                  </w:r>
                </w:p>
              </w:tc>
            </w:tr>
            <w:tr w:rsidR="00722CAE" w14:paraId="0BFA5761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FF7FA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5B423B3E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Any issue or incident?  ☐ No   ☐ Yes — details below</w:t>
                  </w:r>
                </w:p>
                <w:p w14:paraId="16E7B0F6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What happened  </w:t>
                  </w:r>
                  <w:r>
                    <w:rPr>
                      <w:color w:val="637A91"/>
                    </w:rPr>
                    <w:t>___________________________________</w:t>
                  </w:r>
                </w:p>
                <w:p w14:paraId="517C955F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Action taken / owner contact  </w:t>
                  </w:r>
                  <w:r>
                    <w:rPr>
                      <w:color w:val="637A91"/>
                    </w:rPr>
                    <w:t>_________________________</w:t>
                  </w:r>
                </w:p>
                <w:p w14:paraId="337B4CB5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1C3A8483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1DF6EA26" w14:textId="77777777" w:rsidR="00722CAE" w:rsidRDefault="00722CAE"/>
        </w:tc>
        <w:tc>
          <w:tcPr>
            <w:tcW w:w="694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817957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4FB07C0E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FC53D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1618C7AA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9  Belongings returned</w:t>
                  </w:r>
                </w:p>
              </w:tc>
            </w:tr>
            <w:tr w:rsidR="00722CAE" w14:paraId="1D2EA8C8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FF6DD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409400E0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☐</w:t>
                  </w:r>
                  <w:r>
                    <w:rPr>
                      <w:sz w:val="17"/>
                    </w:rPr>
                    <w:t xml:space="preserve"> Collar / harness   ☐ Lead   ☐ Food / treats   ☐ Medication</w:t>
                  </w:r>
                </w:p>
                <w:p w14:paraId="08F25869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☐</w:t>
                  </w:r>
                  <w:r>
                    <w:rPr>
                      <w:sz w:val="17"/>
                    </w:rPr>
                    <w:t xml:space="preserve"> Bedding / blanket   ☐ Toys   ☐ Bowls   ☐ Other</w:t>
                  </w:r>
                </w:p>
                <w:p w14:paraId="54366F1D" w14:textId="77777777" w:rsidR="00722CAE" w:rsidRDefault="00EC5CE8">
                  <w:pPr>
                    <w:spacing w:after="40" w:line="240" w:lineRule="auto"/>
                  </w:pPr>
                  <w:r>
                    <w:rPr>
                      <w:b/>
                    </w:rPr>
                    <w:t xml:space="preserve">Items / notes  </w:t>
                  </w:r>
                  <w:r>
                    <w:rPr>
                      <w:color w:val="637A91"/>
                    </w:rPr>
                    <w:t>____________________________________</w:t>
                  </w:r>
                </w:p>
                <w:p w14:paraId="47518380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220DCDFC" w14:textId="77777777" w:rsidR="00722CAE" w:rsidRDefault="00722CAE"/>
          <w:p w14:paraId="06A40169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370A6638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E9E1F6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5CD6C9D9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10  Favourite moments</w:t>
                  </w:r>
                </w:p>
              </w:tc>
            </w:tr>
            <w:tr w:rsidR="00722CAE" w14:paraId="2DF0094C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AF8FD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25004AC3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A favourite activity, funny moment or lovely milestone:</w:t>
                  </w:r>
                </w:p>
                <w:p w14:paraId="1740DB35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2E2634DB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0AC67CAB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7BA96E0E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6CA165F9" w14:textId="77777777" w:rsidR="00722CAE" w:rsidRDefault="00722CAE"/>
          <w:p w14:paraId="06D1F899" w14:textId="77777777" w:rsidR="00722CAE" w:rsidRDefault="00722CAE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854"/>
            </w:tblGrid>
            <w:tr w:rsidR="00722CAE" w14:paraId="26C6528A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DDF2FB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403AB1DD" w14:textId="77777777" w:rsidR="00722CAE" w:rsidRDefault="00EC5CE8">
                  <w:pPr>
                    <w:spacing w:line="240" w:lineRule="auto"/>
                  </w:pPr>
                  <w:r>
                    <w:rPr>
                      <w:b/>
                      <w:sz w:val="22"/>
                    </w:rPr>
                    <w:t>11  Final notes &amp; recommendations</w:t>
                  </w:r>
                </w:p>
              </w:tc>
            </w:tr>
            <w:tr w:rsidR="00722CAE" w14:paraId="66CAF278" w14:textId="77777777">
              <w:trPr>
                <w:jc w:val="center"/>
              </w:trPr>
              <w:tc>
                <w:tcPr>
                  <w:tcW w:w="6854" w:type="dxa"/>
                  <w:tcBorders>
                    <w:top w:val="single" w:sz="8" w:space="0" w:color="B8C9D8"/>
                    <w:left w:val="single" w:sz="8" w:space="0" w:color="B8C9D8"/>
                    <w:bottom w:val="single" w:sz="8" w:space="0" w:color="B8C9D8"/>
                    <w:right w:val="single" w:sz="8" w:space="0" w:color="B8C9D8"/>
                  </w:tcBorders>
                  <w:shd w:val="clear" w:color="auto" w:fill="F4FAFD"/>
                  <w:tcMar>
                    <w:top w:w="80" w:type="dxa"/>
                    <w:left w:w="120" w:type="dxa"/>
                    <w:bottom w:w="80" w:type="dxa"/>
                    <w:right w:w="120" w:type="dxa"/>
                  </w:tcMar>
                </w:tcPr>
                <w:p w14:paraId="21593726" w14:textId="77777777" w:rsidR="00722CAE" w:rsidRDefault="00EC5CE8">
                  <w:pPr>
                    <w:spacing w:after="40" w:line="240" w:lineRule="auto"/>
                  </w:pPr>
                  <w:r>
                    <w:rPr>
                      <w:sz w:val="17"/>
                    </w:rPr>
                    <w:t>Anything to monitor, useful routine notes, or suggestions for the next stay:</w:t>
                  </w:r>
                </w:p>
                <w:p w14:paraId="76A57D6D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45C9A985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647934F2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18F11BC2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  <w:p w14:paraId="74C28DE8" w14:textId="77777777" w:rsidR="00722CAE" w:rsidRDefault="00EC5CE8">
                  <w:pPr>
                    <w:spacing w:after="40" w:line="240" w:lineRule="auto"/>
                  </w:pPr>
                  <w:r>
                    <w:rPr>
                      <w:color w:val="8092A5"/>
                      <w:sz w:val="16"/>
                    </w:rPr>
                    <w:t>________________________________________________________________</w:t>
                  </w:r>
                </w:p>
              </w:tc>
            </w:tr>
          </w:tbl>
          <w:p w14:paraId="12C4C2BC" w14:textId="77777777" w:rsidR="00722CAE" w:rsidRDefault="00722CAE"/>
        </w:tc>
      </w:tr>
    </w:tbl>
    <w:p w14:paraId="468F0137" w14:textId="77777777" w:rsidR="00722CAE" w:rsidRDefault="00722CA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996"/>
      </w:tblGrid>
      <w:tr w:rsidR="00722CAE" w14:paraId="4CFF458E" w14:textId="77777777">
        <w:trPr>
          <w:jc w:val="center"/>
        </w:trPr>
        <w:tc>
          <w:tcPr>
            <w:tcW w:w="13996" w:type="dxa"/>
            <w:tcBorders>
              <w:top w:val="single" w:sz="8" w:space="0" w:color="B8C9D8"/>
              <w:left w:val="single" w:sz="8" w:space="0" w:color="B8C9D8"/>
              <w:bottom w:val="single" w:sz="8" w:space="0" w:color="B8C9D8"/>
              <w:right w:val="single" w:sz="8" w:space="0" w:color="B8C9D8"/>
            </w:tcBorders>
            <w:shd w:val="clear" w:color="auto" w:fill="082A5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2E79B0" w14:textId="77777777" w:rsidR="00722CAE" w:rsidRDefault="00EC5CE8">
            <w:pPr>
              <w:spacing w:line="240" w:lineRule="auto"/>
            </w:pPr>
            <w:r>
              <w:rPr>
                <w:b/>
                <w:color w:val="FFFFFF"/>
                <w:sz w:val="17"/>
              </w:rPr>
              <w:t>12  Owner handover     Updates/photos sent:  ☐ Yes  ☐ No     Report discussed:  ☐ Yes  ☐ No     Completed by: ______________     Date/time: ______________</w:t>
            </w:r>
          </w:p>
        </w:tc>
      </w:tr>
    </w:tbl>
    <w:p w14:paraId="781C32B9" w14:textId="77777777" w:rsidR="00EC5CE8" w:rsidRDefault="00EC5CE8"/>
    <w:sectPr w:rsidR="00EC5CE8" w:rsidSect="00034616">
      <w:footerReference w:type="default" r:id="rId9"/>
      <w:pgSz w:w="16834" w:h="11909" w:orient="landscape"/>
      <w:pgMar w:top="662" w:right="936" w:bottom="662" w:left="93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D83AD" w14:textId="77777777" w:rsidR="00EC5CE8" w:rsidRDefault="00EC5CE8">
      <w:pPr>
        <w:spacing w:line="240" w:lineRule="auto"/>
      </w:pPr>
      <w:r>
        <w:separator/>
      </w:r>
    </w:p>
  </w:endnote>
  <w:endnote w:type="continuationSeparator" w:id="0">
    <w:p w14:paraId="40C0C3B8" w14:textId="77777777" w:rsidR="00EC5CE8" w:rsidRDefault="00EC5C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B3C63" w14:textId="77777777" w:rsidR="00722CAE" w:rsidRDefault="00EC5CE8">
    <w:pPr>
      <w:pStyle w:val="Footer"/>
      <w:jc w:val="center"/>
    </w:pPr>
    <w:r>
      <w:rPr>
        <w:sz w:val="16"/>
      </w:rPr>
      <w:t xml:space="preserve">The Fast and the </w:t>
    </w:r>
    <w:proofErr w:type="gramStart"/>
    <w:r>
      <w:rPr>
        <w:sz w:val="16"/>
      </w:rPr>
      <w:t>Furriest  •</w:t>
    </w:r>
    <w:proofErr w:type="gramEnd"/>
    <w:r>
      <w:rPr>
        <w:sz w:val="16"/>
      </w:rPr>
      <w:t xml:space="preserve">  07411 </w:t>
    </w:r>
    <w:proofErr w:type="gramStart"/>
    <w:r>
      <w:rPr>
        <w:sz w:val="16"/>
      </w:rPr>
      <w:t>231088  •</w:t>
    </w:r>
    <w:proofErr w:type="gramEnd"/>
    <w:r>
      <w:rPr>
        <w:sz w:val="16"/>
      </w:rPr>
      <w:t xml:space="preserve">  Happy Dogs, Happier Lives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1A552" w14:textId="77777777" w:rsidR="00EC5CE8" w:rsidRDefault="00EC5CE8">
      <w:pPr>
        <w:spacing w:line="240" w:lineRule="auto"/>
      </w:pPr>
      <w:r>
        <w:separator/>
      </w:r>
    </w:p>
  </w:footnote>
  <w:footnote w:type="continuationSeparator" w:id="0">
    <w:p w14:paraId="502F183B" w14:textId="77777777" w:rsidR="00EC5CE8" w:rsidRDefault="00EC5C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0796788">
    <w:abstractNumId w:val="8"/>
  </w:num>
  <w:num w:numId="2" w16cid:durableId="1116827095">
    <w:abstractNumId w:val="6"/>
  </w:num>
  <w:num w:numId="3" w16cid:durableId="2041472270">
    <w:abstractNumId w:val="5"/>
  </w:num>
  <w:num w:numId="4" w16cid:durableId="643776933">
    <w:abstractNumId w:val="4"/>
  </w:num>
  <w:num w:numId="5" w16cid:durableId="1611351919">
    <w:abstractNumId w:val="7"/>
  </w:num>
  <w:num w:numId="6" w16cid:durableId="1563902623">
    <w:abstractNumId w:val="3"/>
  </w:num>
  <w:num w:numId="7" w16cid:durableId="1258443347">
    <w:abstractNumId w:val="2"/>
  </w:num>
  <w:num w:numId="8" w16cid:durableId="1340766305">
    <w:abstractNumId w:val="1"/>
  </w:num>
  <w:num w:numId="9" w16cid:durableId="1622766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22CAE"/>
    <w:rsid w:val="00AA1D8D"/>
    <w:rsid w:val="00B131B1"/>
    <w:rsid w:val="00B47730"/>
    <w:rsid w:val="00CB0664"/>
    <w:rsid w:val="00EC5CE8"/>
    <w:rsid w:val="00F91B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D239E0"/>
  <w14:defaultImageDpi w14:val="300"/>
  <w15:docId w15:val="{F8193431-6D60-4566-9B53-3698577E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082A5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Fast and the Furriest End of Stay Report</dc:title>
  <dc:subject>Two-page A4 landscape dog boarding handover form</dc:subject>
  <dc:creator>The Fast and the Furriest</dc:creator>
  <cp:keywords/>
  <dc:description>generated by python-docx</dc:description>
  <cp:lastModifiedBy>ryan williams</cp:lastModifiedBy>
  <cp:revision>2</cp:revision>
  <dcterms:created xsi:type="dcterms:W3CDTF">2026-09-24T17:50:00Z</dcterms:created>
  <dcterms:modified xsi:type="dcterms:W3CDTF">2026-09-24T17:50:00Z</dcterms:modified>
  <cp:category/>
</cp:coreProperties>
</file>