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8352"/>
      </w:tblGrid>
      <w:tr w:rsidR="00EE4F01" w14:paraId="23785305" w14:textId="77777777">
        <w:tc>
          <w:tcPr>
            <w:tcW w:w="17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B9323" w14:textId="77777777" w:rsidR="00EE4F01" w:rsidRDefault="00850FB6">
            <w:r>
              <w:rPr>
                <w:noProof/>
              </w:rPr>
              <w:drawing>
                <wp:inline distT="0" distB="0" distL="0" distR="0" wp14:anchorId="3AE9B1C0" wp14:editId="3254D849">
                  <wp:extent cx="658368" cy="65836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ords_brand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65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8725E" w14:textId="77777777" w:rsidR="00EE4F01" w:rsidRDefault="00850FB6">
            <w:pPr>
              <w:jc w:val="right"/>
            </w:pPr>
            <w:r>
              <w:rPr>
                <w:b/>
                <w:color w:val="173653"/>
                <w:sz w:val="28"/>
              </w:rPr>
              <w:t>THE FAST AND THE FURRIEST</w:t>
            </w:r>
            <w:r>
              <w:rPr>
                <w:sz w:val="18"/>
              </w:rPr>
              <w:br/>
              <w:t>Daily Home Boarding Record  |  Page 1 of 4</w:t>
            </w:r>
            <w:r>
              <w:rPr>
                <w:sz w:val="18"/>
              </w:rPr>
              <w:br/>
              <w:t>Admission and handover</w:t>
            </w:r>
          </w:p>
        </w:tc>
      </w:tr>
    </w:tbl>
    <w:p w14:paraId="5A15BC9C" w14:textId="77777777" w:rsidR="00EE4F01" w:rsidRDefault="00EE4F01">
      <w:pPr>
        <w:spacing w:after="0"/>
      </w:pPr>
    </w:p>
    <w:p w14:paraId="0EF185B1" w14:textId="77777777" w:rsidR="00EE4F01" w:rsidRDefault="00850FB6">
      <w:pPr>
        <w:pStyle w:val="Title"/>
        <w:spacing w:after="100"/>
      </w:pPr>
      <w:r>
        <w:rPr>
          <w:b/>
          <w:sz w:val="42"/>
        </w:rPr>
        <w:t>Daily Home Boarding Record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2"/>
        <w:gridCol w:w="2661"/>
        <w:gridCol w:w="2662"/>
        <w:gridCol w:w="2661"/>
      </w:tblGrid>
      <w:tr w:rsidR="00EE4F01" w14:paraId="2562D050" w14:textId="77777777">
        <w:trPr>
          <w:jc w:val="center"/>
        </w:trPr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A282AF" w14:textId="77777777" w:rsidR="00EE4F01" w:rsidRDefault="00850FB6">
            <w:pPr>
              <w:spacing w:after="0"/>
            </w:pPr>
            <w:r>
              <w:rPr>
                <w:sz w:val="16"/>
              </w:rPr>
              <w:t>Dog name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7C53EF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ACC1EE" w14:textId="77777777" w:rsidR="00EE4F01" w:rsidRDefault="00850FB6">
            <w:pPr>
              <w:spacing w:after="0"/>
            </w:pPr>
            <w:r>
              <w:rPr>
                <w:sz w:val="16"/>
              </w:rPr>
              <w:t>Owner name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989397" w14:textId="77777777" w:rsidR="00EE4F01" w:rsidRDefault="00EE4F01">
            <w:pPr>
              <w:spacing w:after="0"/>
            </w:pPr>
          </w:p>
        </w:tc>
      </w:tr>
      <w:tr w:rsidR="00EE4F01" w14:paraId="13F4FC81" w14:textId="77777777">
        <w:trPr>
          <w:jc w:val="center"/>
        </w:trPr>
        <w:tc>
          <w:tcPr>
            <w:tcW w:w="2664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DE5957" w14:textId="77777777" w:rsidR="00EE4F01" w:rsidRDefault="00850FB6">
            <w:pPr>
              <w:spacing w:after="0"/>
            </w:pPr>
            <w:r>
              <w:rPr>
                <w:sz w:val="16"/>
              </w:rPr>
              <w:t>Arrival date and time</w:t>
            </w: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163500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FC0509" w14:textId="77777777" w:rsidR="00EE4F01" w:rsidRDefault="00850FB6">
            <w:pPr>
              <w:spacing w:after="0"/>
            </w:pPr>
            <w:r>
              <w:rPr>
                <w:sz w:val="16"/>
              </w:rPr>
              <w:t>Collection date and time</w:t>
            </w: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5A016A" w14:textId="77777777" w:rsidR="00EE4F01" w:rsidRDefault="00EE4F01">
            <w:pPr>
              <w:spacing w:after="0"/>
            </w:pPr>
          </w:p>
        </w:tc>
      </w:tr>
      <w:tr w:rsidR="00EE4F01" w14:paraId="4795296B" w14:textId="77777777">
        <w:trPr>
          <w:jc w:val="center"/>
        </w:trPr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878ECC" w14:textId="77777777" w:rsidR="00EE4F01" w:rsidRDefault="00850FB6">
            <w:pPr>
              <w:spacing w:after="0"/>
            </w:pPr>
            <w:r>
              <w:rPr>
                <w:sz w:val="16"/>
              </w:rPr>
              <w:t>Microchip number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7DE8D9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5AA446" w14:textId="77777777" w:rsidR="00EE4F01" w:rsidRDefault="00850FB6">
            <w:pPr>
              <w:spacing w:after="0"/>
            </w:pPr>
            <w:r>
              <w:rPr>
                <w:sz w:val="16"/>
              </w:rPr>
              <w:t>Collar or harness checked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5CEA4C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</w:p>
        </w:tc>
      </w:tr>
      <w:tr w:rsidR="00EE4F01" w14:paraId="6AD94FF9" w14:textId="77777777">
        <w:trPr>
          <w:jc w:val="center"/>
        </w:trPr>
        <w:tc>
          <w:tcPr>
            <w:tcW w:w="2664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62D679" w14:textId="77777777" w:rsidR="00EE4F01" w:rsidRDefault="00850FB6">
            <w:pPr>
              <w:spacing w:after="0"/>
            </w:pPr>
            <w:r>
              <w:rPr>
                <w:sz w:val="16"/>
              </w:rPr>
              <w:t>Owner telephone</w:t>
            </w: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CAA950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CE353C" w14:textId="77777777" w:rsidR="00EE4F01" w:rsidRDefault="00850FB6">
            <w:pPr>
              <w:spacing w:after="0"/>
            </w:pPr>
            <w:r>
              <w:rPr>
                <w:sz w:val="16"/>
              </w:rPr>
              <w:t>Emergency contact</w:t>
            </w: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DD0A19" w14:textId="77777777" w:rsidR="00EE4F01" w:rsidRDefault="00EE4F01">
            <w:pPr>
              <w:spacing w:after="0"/>
            </w:pPr>
          </w:p>
        </w:tc>
      </w:tr>
      <w:tr w:rsidR="00EE4F01" w14:paraId="43B09267" w14:textId="77777777">
        <w:trPr>
          <w:jc w:val="center"/>
        </w:trPr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DDFD11" w14:textId="77777777" w:rsidR="00EE4F01" w:rsidRDefault="00850FB6">
            <w:pPr>
              <w:spacing w:after="0"/>
            </w:pPr>
            <w:r>
              <w:rPr>
                <w:sz w:val="16"/>
              </w:rPr>
              <w:t>Veterinary practice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424786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BEAB0E" w14:textId="77777777" w:rsidR="00EE4F01" w:rsidRDefault="00850FB6">
            <w:pPr>
              <w:spacing w:after="0"/>
            </w:pPr>
            <w:r>
              <w:rPr>
                <w:sz w:val="16"/>
              </w:rPr>
              <w:t>Vet telephone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B52DF2" w14:textId="77777777" w:rsidR="00EE4F01" w:rsidRDefault="00EE4F01">
            <w:pPr>
              <w:spacing w:after="0"/>
            </w:pPr>
          </w:p>
        </w:tc>
      </w:tr>
    </w:tbl>
    <w:p w14:paraId="67ED4C10" w14:textId="77777777" w:rsidR="00EE4F01" w:rsidRDefault="00850FB6">
      <w:pPr>
        <w:pStyle w:val="Heading2"/>
        <w:spacing w:before="80" w:after="80"/>
      </w:pPr>
      <w:r>
        <w:t>Arrival checks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EE4F01" w14:paraId="41A3586D" w14:textId="77777777">
        <w:trPr>
          <w:jc w:val="center"/>
        </w:trPr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8BE911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Current photograph taken</w:t>
            </w:r>
          </w:p>
        </w:tc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78F031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Dog visually checked</w:t>
            </w:r>
          </w:p>
        </w:tc>
      </w:tr>
      <w:tr w:rsidR="00EE4F01" w14:paraId="5727BADD" w14:textId="77777777">
        <w:trPr>
          <w:jc w:val="center"/>
        </w:trPr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841228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No sign of infectious illness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B96A17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Identification tag checked</w:t>
            </w:r>
          </w:p>
        </w:tc>
      </w:tr>
      <w:tr w:rsidR="00EE4F01" w14:paraId="1B587E44" w14:textId="77777777">
        <w:trPr>
          <w:jc w:val="center"/>
        </w:trPr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388734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Kitchen doors secured</w:t>
            </w:r>
          </w:p>
        </w:tc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A7A457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Stairs closed</w:t>
            </w:r>
          </w:p>
        </w:tc>
      </w:tr>
      <w:tr w:rsidR="00EE4F01" w14:paraId="734F2347" w14:textId="77777777">
        <w:trPr>
          <w:jc w:val="center"/>
        </w:trPr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F0B652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Handover document discussed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8F236F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Owner contact details confirmed</w:t>
            </w:r>
          </w:p>
        </w:tc>
      </w:tr>
    </w:tbl>
    <w:p w14:paraId="3E093F59" w14:textId="77777777" w:rsidR="00EE4F01" w:rsidRDefault="00850FB6">
      <w:pPr>
        <w:pStyle w:val="Heading2"/>
        <w:spacing w:before="80" w:after="80"/>
      </w:pPr>
      <w:r>
        <w:t>Food medicine and belongings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1"/>
        <w:gridCol w:w="887"/>
        <w:gridCol w:w="1774"/>
        <w:gridCol w:w="1775"/>
        <w:gridCol w:w="887"/>
        <w:gridCol w:w="2662"/>
      </w:tblGrid>
      <w:tr w:rsidR="00EE4F01" w14:paraId="7505B556" w14:textId="77777777">
        <w:trPr>
          <w:jc w:val="center"/>
        </w:trPr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D00A2F" w14:textId="77777777" w:rsidR="00EE4F01" w:rsidRDefault="00850FB6">
            <w:pPr>
              <w:spacing w:after="0"/>
            </w:pPr>
            <w:r>
              <w:rPr>
                <w:sz w:val="16"/>
              </w:rPr>
              <w:t>Food type and amount</w:t>
            </w:r>
          </w:p>
        </w:tc>
        <w:tc>
          <w:tcPr>
            <w:tcW w:w="2664" w:type="dxa"/>
            <w:gridSpan w:val="2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23602C" w14:textId="77777777" w:rsidR="00EE4F01" w:rsidRDefault="00EE4F01">
            <w:pPr>
              <w:spacing w:after="0"/>
            </w:pPr>
          </w:p>
        </w:tc>
        <w:tc>
          <w:tcPr>
            <w:tcW w:w="2664" w:type="dxa"/>
            <w:gridSpan w:val="2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2D738A" w14:textId="77777777" w:rsidR="00EE4F01" w:rsidRDefault="00850FB6">
            <w:pPr>
              <w:spacing w:after="0"/>
            </w:pPr>
            <w:r>
              <w:rPr>
                <w:sz w:val="16"/>
              </w:rPr>
              <w:t>Meal times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B66321" w14:textId="77777777" w:rsidR="00EE4F01" w:rsidRDefault="00EE4F01">
            <w:pPr>
              <w:spacing w:after="0"/>
            </w:pPr>
          </w:p>
        </w:tc>
      </w:tr>
      <w:tr w:rsidR="00EE4F01" w14:paraId="3BD7E247" w14:textId="77777777">
        <w:trPr>
          <w:jc w:val="center"/>
        </w:trPr>
        <w:tc>
          <w:tcPr>
            <w:tcW w:w="2664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0AA7F7" w14:textId="77777777" w:rsidR="00EE4F01" w:rsidRDefault="00850FB6">
            <w:pPr>
              <w:spacing w:after="0"/>
            </w:pPr>
            <w:r>
              <w:rPr>
                <w:sz w:val="16"/>
              </w:rPr>
              <w:t>Treats and allergies</w:t>
            </w:r>
          </w:p>
        </w:tc>
        <w:tc>
          <w:tcPr>
            <w:tcW w:w="266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DA9528" w14:textId="77777777" w:rsidR="00EE4F01" w:rsidRDefault="00EE4F01">
            <w:pPr>
              <w:spacing w:after="0"/>
            </w:pPr>
          </w:p>
        </w:tc>
        <w:tc>
          <w:tcPr>
            <w:tcW w:w="2664" w:type="dxa"/>
            <w:gridSpan w:val="2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99050F" w14:textId="77777777" w:rsidR="00EE4F01" w:rsidRDefault="00850FB6">
            <w:pPr>
              <w:spacing w:after="0"/>
            </w:pPr>
            <w:r>
              <w:rPr>
                <w:sz w:val="16"/>
              </w:rPr>
              <w:t>Medication supplied</w:t>
            </w: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63EF15" w14:textId="77777777" w:rsidR="00EE4F01" w:rsidRDefault="00EE4F01">
            <w:pPr>
              <w:spacing w:after="0"/>
            </w:pPr>
          </w:p>
        </w:tc>
      </w:tr>
      <w:tr w:rsidR="00EE4F01" w14:paraId="7495F34D" w14:textId="77777777">
        <w:trPr>
          <w:jc w:val="center"/>
        </w:trPr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109BFA" w14:textId="77777777" w:rsidR="00EE4F01" w:rsidRDefault="00850FB6">
            <w:pPr>
              <w:spacing w:after="0"/>
            </w:pPr>
            <w:r>
              <w:rPr>
                <w:sz w:val="16"/>
              </w:rPr>
              <w:t>Dose and instructions</w:t>
            </w:r>
          </w:p>
        </w:tc>
        <w:tc>
          <w:tcPr>
            <w:tcW w:w="2664" w:type="dxa"/>
            <w:gridSpan w:val="2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3CAC05" w14:textId="77777777" w:rsidR="00EE4F01" w:rsidRDefault="00EE4F01">
            <w:pPr>
              <w:spacing w:after="0"/>
            </w:pPr>
          </w:p>
        </w:tc>
        <w:tc>
          <w:tcPr>
            <w:tcW w:w="2664" w:type="dxa"/>
            <w:gridSpan w:val="2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A032BA" w14:textId="77777777" w:rsidR="00EE4F01" w:rsidRDefault="00850FB6">
            <w:pPr>
              <w:spacing w:after="0"/>
            </w:pPr>
            <w:r>
              <w:rPr>
                <w:sz w:val="16"/>
              </w:rPr>
              <w:t>Medicine storage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C6ED9A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Cupboard  ☐ Fridge</w:t>
            </w:r>
          </w:p>
        </w:tc>
      </w:tr>
      <w:tr w:rsidR="00EE4F01" w14:paraId="1D9685E5" w14:textId="77777777">
        <w:trPr>
          <w:jc w:val="center"/>
        </w:trPr>
        <w:tc>
          <w:tcPr>
            <w:tcW w:w="2664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A3C051" w14:textId="77777777" w:rsidR="00EE4F01" w:rsidRDefault="00850FB6">
            <w:pPr>
              <w:spacing w:after="0"/>
            </w:pPr>
            <w:r>
              <w:rPr>
                <w:sz w:val="16"/>
              </w:rPr>
              <w:t>Belongings received</w:t>
            </w:r>
          </w:p>
        </w:tc>
        <w:tc>
          <w:tcPr>
            <w:tcW w:w="2664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15BA45" w14:textId="77777777" w:rsidR="00EE4F01" w:rsidRDefault="00EE4F01">
            <w:pPr>
              <w:spacing w:after="0"/>
            </w:pPr>
          </w:p>
        </w:tc>
        <w:tc>
          <w:tcPr>
            <w:tcW w:w="2664" w:type="dxa"/>
            <w:gridSpan w:val="2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97B08B" w14:textId="77777777" w:rsidR="00EE4F01" w:rsidRDefault="00850FB6">
            <w:pPr>
              <w:spacing w:after="0"/>
            </w:pPr>
            <w:r>
              <w:rPr>
                <w:sz w:val="16"/>
              </w:rPr>
              <w:t>Allocated cupboard</w:t>
            </w: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5CCFA3" w14:textId="77777777" w:rsidR="00EE4F01" w:rsidRDefault="00EE4F01">
            <w:pPr>
              <w:spacing w:after="0"/>
            </w:pPr>
          </w:p>
        </w:tc>
      </w:tr>
      <w:tr w:rsidR="00EE4F01" w14:paraId="034E826F" w14:textId="77777777">
        <w:trPr>
          <w:jc w:val="center"/>
        </w:trPr>
        <w:tc>
          <w:tcPr>
            <w:tcW w:w="3552" w:type="dxa"/>
            <w:gridSpan w:val="2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9B6853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6"/>
              </w:rPr>
              <w:t>Item</w:t>
            </w:r>
          </w:p>
        </w:tc>
        <w:tc>
          <w:tcPr>
            <w:tcW w:w="3552" w:type="dxa"/>
            <w:gridSpan w:val="2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FE1298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6"/>
              </w:rPr>
              <w:t>Quantity or details</w:t>
            </w:r>
          </w:p>
        </w:tc>
        <w:tc>
          <w:tcPr>
            <w:tcW w:w="3552" w:type="dxa"/>
            <w:gridSpan w:val="2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1C0DE9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6"/>
              </w:rPr>
              <w:t>Checked in</w:t>
            </w:r>
          </w:p>
        </w:tc>
      </w:tr>
      <w:tr w:rsidR="00EE4F01" w14:paraId="2E4FA396" w14:textId="77777777">
        <w:trPr>
          <w:jc w:val="center"/>
        </w:trPr>
        <w:tc>
          <w:tcPr>
            <w:tcW w:w="3552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EE872E" w14:textId="77777777" w:rsidR="00EE4F01" w:rsidRDefault="00EE4F01">
            <w:pPr>
              <w:spacing w:after="0"/>
            </w:pPr>
          </w:p>
        </w:tc>
        <w:tc>
          <w:tcPr>
            <w:tcW w:w="3552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C4EC05" w14:textId="77777777" w:rsidR="00EE4F01" w:rsidRDefault="00EE4F01">
            <w:pPr>
              <w:spacing w:after="0"/>
            </w:pPr>
          </w:p>
        </w:tc>
        <w:tc>
          <w:tcPr>
            <w:tcW w:w="3552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9F5368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</w:p>
        </w:tc>
      </w:tr>
      <w:tr w:rsidR="00EE4F01" w14:paraId="7AF9CA6A" w14:textId="77777777">
        <w:trPr>
          <w:jc w:val="center"/>
        </w:trPr>
        <w:tc>
          <w:tcPr>
            <w:tcW w:w="3552" w:type="dxa"/>
            <w:gridSpan w:val="2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436D0F" w14:textId="77777777" w:rsidR="00EE4F01" w:rsidRDefault="00EE4F01">
            <w:pPr>
              <w:spacing w:after="0"/>
            </w:pPr>
          </w:p>
        </w:tc>
        <w:tc>
          <w:tcPr>
            <w:tcW w:w="3552" w:type="dxa"/>
            <w:gridSpan w:val="2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BBC1CC" w14:textId="77777777" w:rsidR="00EE4F01" w:rsidRDefault="00EE4F01">
            <w:pPr>
              <w:spacing w:after="0"/>
            </w:pPr>
          </w:p>
        </w:tc>
        <w:tc>
          <w:tcPr>
            <w:tcW w:w="3552" w:type="dxa"/>
            <w:gridSpan w:val="2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0697C9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</w:p>
        </w:tc>
      </w:tr>
      <w:tr w:rsidR="00EE4F01" w14:paraId="50DDC8F7" w14:textId="77777777">
        <w:trPr>
          <w:jc w:val="center"/>
        </w:trPr>
        <w:tc>
          <w:tcPr>
            <w:tcW w:w="3552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D740E3" w14:textId="77777777" w:rsidR="00EE4F01" w:rsidRDefault="00EE4F01">
            <w:pPr>
              <w:spacing w:after="0"/>
            </w:pPr>
          </w:p>
        </w:tc>
        <w:tc>
          <w:tcPr>
            <w:tcW w:w="3552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E13262" w14:textId="77777777" w:rsidR="00EE4F01" w:rsidRDefault="00EE4F01">
            <w:pPr>
              <w:spacing w:after="0"/>
            </w:pPr>
          </w:p>
        </w:tc>
        <w:tc>
          <w:tcPr>
            <w:tcW w:w="3552" w:type="dxa"/>
            <w:gridSpan w:val="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56C559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</w:p>
        </w:tc>
      </w:tr>
    </w:tbl>
    <w:p w14:paraId="67737934" w14:textId="77777777" w:rsidR="00EE4F01" w:rsidRDefault="00850FB6">
      <w:pPr>
        <w:pStyle w:val="Heading2"/>
        <w:spacing w:before="80" w:after="80"/>
      </w:pPr>
      <w:r>
        <w:t>Settling instructions and important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2"/>
        <w:gridCol w:w="2661"/>
        <w:gridCol w:w="2662"/>
        <w:gridCol w:w="2661"/>
      </w:tblGrid>
      <w:tr w:rsidR="00EE4F01" w14:paraId="47B0F68C" w14:textId="77777777">
        <w:trPr>
          <w:jc w:val="center"/>
        </w:trPr>
        <w:tc>
          <w:tcPr>
            <w:tcW w:w="10656" w:type="dxa"/>
            <w:gridSpan w:val="4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FDB90C" w14:textId="77777777" w:rsidR="00EE4F01" w:rsidRDefault="00EE4F01">
            <w:pPr>
              <w:spacing w:after="0"/>
            </w:pPr>
          </w:p>
        </w:tc>
      </w:tr>
      <w:tr w:rsidR="00EE4F01" w14:paraId="23176FB9" w14:textId="77777777">
        <w:trPr>
          <w:jc w:val="center"/>
        </w:trPr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EF35FE" w14:textId="77777777" w:rsidR="00EE4F01" w:rsidRDefault="00850FB6">
            <w:pPr>
              <w:spacing w:after="0"/>
            </w:pPr>
            <w:r>
              <w:rPr>
                <w:sz w:val="16"/>
              </w:rPr>
              <w:t>Owner signature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F74902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B8B5C2" w14:textId="77777777" w:rsidR="00EE4F01" w:rsidRDefault="00850FB6">
            <w:pPr>
              <w:spacing w:after="0"/>
            </w:pPr>
            <w:r>
              <w:rPr>
                <w:sz w:val="16"/>
              </w:rPr>
              <w:t>Licence holder signature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2199D6" w14:textId="77777777" w:rsidR="00EE4F01" w:rsidRDefault="00EE4F01">
            <w:pPr>
              <w:spacing w:after="0"/>
            </w:pPr>
          </w:p>
        </w:tc>
      </w:tr>
    </w:tbl>
    <w:p w14:paraId="5525E2E6" w14:textId="77777777" w:rsidR="00EE4F01" w:rsidRDefault="00850FB6">
      <w:r>
        <w:br w:type="page"/>
      </w:r>
    </w:p>
    <w:p w14:paraId="297E7177" w14:textId="77777777" w:rsidR="00EE4F01" w:rsidRDefault="00EE4F01">
      <w:pPr>
        <w:spacing w:after="0" w:line="10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8352"/>
      </w:tblGrid>
      <w:tr w:rsidR="00EE4F01" w14:paraId="34F09D26" w14:textId="77777777">
        <w:tc>
          <w:tcPr>
            <w:tcW w:w="17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3A8E3" w14:textId="77777777" w:rsidR="00EE4F01" w:rsidRDefault="00850FB6">
            <w:r>
              <w:rPr>
                <w:noProof/>
              </w:rPr>
              <w:drawing>
                <wp:inline distT="0" distB="0" distL="0" distR="0" wp14:anchorId="7BFA3192" wp14:editId="484CB210">
                  <wp:extent cx="658368" cy="65836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ords_brand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65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2F152" w14:textId="77777777" w:rsidR="00EE4F01" w:rsidRDefault="00850FB6">
            <w:pPr>
              <w:jc w:val="right"/>
            </w:pPr>
            <w:r>
              <w:rPr>
                <w:b/>
                <w:color w:val="173653"/>
                <w:sz w:val="28"/>
              </w:rPr>
              <w:t>THE FAST AND THE FURRIEST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Daily Home Boarding Record  |  Page 2 of 4</w:t>
            </w:r>
            <w:r>
              <w:rPr>
                <w:sz w:val="18"/>
              </w:rPr>
              <w:br/>
              <w:t>Daily care food water exercise and toileting</w:t>
            </w:r>
          </w:p>
        </w:tc>
      </w:tr>
    </w:tbl>
    <w:p w14:paraId="0DC983CA" w14:textId="77777777" w:rsidR="00EE4F01" w:rsidRDefault="00EE4F01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2"/>
        <w:gridCol w:w="2661"/>
        <w:gridCol w:w="2662"/>
        <w:gridCol w:w="2661"/>
      </w:tblGrid>
      <w:tr w:rsidR="00EE4F01" w14:paraId="7568EFF5" w14:textId="77777777">
        <w:trPr>
          <w:jc w:val="center"/>
        </w:trPr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D18CB7" w14:textId="77777777" w:rsidR="00EE4F01" w:rsidRDefault="00850FB6">
            <w:pPr>
              <w:spacing w:after="0"/>
            </w:pPr>
            <w:r>
              <w:rPr>
                <w:sz w:val="16"/>
              </w:rPr>
              <w:t>Dog name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100207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2A8D33" w14:textId="77777777" w:rsidR="00EE4F01" w:rsidRDefault="00850FB6">
            <w:pPr>
              <w:spacing w:after="0"/>
            </w:pPr>
            <w:r>
              <w:rPr>
                <w:sz w:val="16"/>
              </w:rPr>
              <w:t>Stay dates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77C262" w14:textId="77777777" w:rsidR="00EE4F01" w:rsidRDefault="00EE4F01">
            <w:pPr>
              <w:spacing w:after="0"/>
            </w:pPr>
          </w:p>
        </w:tc>
      </w:tr>
      <w:tr w:rsidR="00EE4F01" w14:paraId="34A5CD6D" w14:textId="77777777">
        <w:trPr>
          <w:jc w:val="center"/>
        </w:trPr>
        <w:tc>
          <w:tcPr>
            <w:tcW w:w="2664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CA7959" w14:textId="77777777" w:rsidR="00EE4F01" w:rsidRDefault="00850FB6">
            <w:pPr>
              <w:spacing w:after="0"/>
            </w:pPr>
            <w:r>
              <w:rPr>
                <w:sz w:val="16"/>
              </w:rPr>
              <w:t>Usual routine or restrictions</w:t>
            </w: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9E222C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91DFD4" w14:textId="77777777" w:rsidR="00EE4F01" w:rsidRDefault="00850FB6">
            <w:pPr>
              <w:spacing w:after="0"/>
            </w:pPr>
            <w:r>
              <w:rPr>
                <w:sz w:val="16"/>
              </w:rPr>
              <w:t>Completed by</w:t>
            </w: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44ACCC" w14:textId="77777777" w:rsidR="00EE4F01" w:rsidRDefault="00EE4F01">
            <w:pPr>
              <w:spacing w:after="0"/>
            </w:pPr>
          </w:p>
        </w:tc>
      </w:tr>
    </w:tbl>
    <w:p w14:paraId="57C694BB" w14:textId="77777777" w:rsidR="00EE4F01" w:rsidRDefault="00850FB6">
      <w:pPr>
        <w:pStyle w:val="Heading1"/>
        <w:spacing w:before="80" w:after="80"/>
      </w:pPr>
      <w:r>
        <w:t>Daily care log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0"/>
        <w:gridCol w:w="1521"/>
        <w:gridCol w:w="1521"/>
        <w:gridCol w:w="1521"/>
        <w:gridCol w:w="1521"/>
        <w:gridCol w:w="1521"/>
        <w:gridCol w:w="1521"/>
      </w:tblGrid>
      <w:tr w:rsidR="00EE4F01" w14:paraId="72588B3B" w14:textId="77777777">
        <w:trPr>
          <w:jc w:val="center"/>
        </w:trPr>
        <w:tc>
          <w:tcPr>
            <w:tcW w:w="1522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44A45E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w="1522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62B390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4"/>
              </w:rPr>
              <w:t>Food eaten</w:t>
            </w:r>
          </w:p>
        </w:tc>
        <w:tc>
          <w:tcPr>
            <w:tcW w:w="1522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8FA09B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4"/>
              </w:rPr>
              <w:t>Water intake</w:t>
            </w:r>
          </w:p>
        </w:tc>
        <w:tc>
          <w:tcPr>
            <w:tcW w:w="1522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115FE8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4"/>
              </w:rPr>
              <w:t>Toileting</w:t>
            </w:r>
          </w:p>
        </w:tc>
        <w:tc>
          <w:tcPr>
            <w:tcW w:w="1522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991C06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4"/>
              </w:rPr>
              <w:t>Walks</w:t>
            </w:r>
          </w:p>
        </w:tc>
        <w:tc>
          <w:tcPr>
            <w:tcW w:w="1522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D4FCBA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4"/>
              </w:rPr>
              <w:t>Play and enrichment</w:t>
            </w:r>
          </w:p>
        </w:tc>
        <w:tc>
          <w:tcPr>
            <w:tcW w:w="1522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F050CC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4"/>
              </w:rPr>
              <w:t>Behaviour health and rest</w:t>
            </w:r>
          </w:p>
        </w:tc>
      </w:tr>
      <w:tr w:rsidR="00EE4F01" w14:paraId="64F15F50" w14:textId="77777777">
        <w:trPr>
          <w:trHeight w:val="806"/>
          <w:jc w:val="center"/>
        </w:trPr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E25091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39A784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DC2873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08B823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8D1A4A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366139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3CA777" w14:textId="77777777" w:rsidR="00EE4F01" w:rsidRDefault="00EE4F01">
            <w:pPr>
              <w:spacing w:after="0"/>
            </w:pPr>
          </w:p>
        </w:tc>
      </w:tr>
      <w:tr w:rsidR="00EE4F01" w14:paraId="1F4AF21D" w14:textId="77777777">
        <w:trPr>
          <w:trHeight w:val="806"/>
          <w:jc w:val="center"/>
        </w:trPr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E26D29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82835A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F5FC25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D6F95F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299ADD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26D2BF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6FC7A6" w14:textId="77777777" w:rsidR="00EE4F01" w:rsidRDefault="00EE4F01">
            <w:pPr>
              <w:spacing w:after="0"/>
            </w:pPr>
          </w:p>
        </w:tc>
      </w:tr>
      <w:tr w:rsidR="00EE4F01" w14:paraId="6B129A6F" w14:textId="77777777">
        <w:trPr>
          <w:trHeight w:val="806"/>
          <w:jc w:val="center"/>
        </w:trPr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370EF7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45D7B2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70A9D2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2FB554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4C41C3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83C590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3ED232" w14:textId="77777777" w:rsidR="00EE4F01" w:rsidRDefault="00EE4F01">
            <w:pPr>
              <w:spacing w:after="0"/>
            </w:pPr>
          </w:p>
        </w:tc>
      </w:tr>
      <w:tr w:rsidR="00EE4F01" w14:paraId="4D3D757F" w14:textId="77777777">
        <w:trPr>
          <w:trHeight w:val="806"/>
          <w:jc w:val="center"/>
        </w:trPr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BB7F19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07B5C8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D56903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2A6A23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369694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3BB21D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2CD03D" w14:textId="77777777" w:rsidR="00EE4F01" w:rsidRDefault="00EE4F01">
            <w:pPr>
              <w:spacing w:after="0"/>
            </w:pPr>
          </w:p>
        </w:tc>
      </w:tr>
      <w:tr w:rsidR="00EE4F01" w14:paraId="256BB8C9" w14:textId="77777777">
        <w:trPr>
          <w:trHeight w:val="806"/>
          <w:jc w:val="center"/>
        </w:trPr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D171F6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0DC8A2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D68F4C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44230A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010B9B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26EC09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39EDFD" w14:textId="77777777" w:rsidR="00EE4F01" w:rsidRDefault="00EE4F01">
            <w:pPr>
              <w:spacing w:after="0"/>
            </w:pPr>
          </w:p>
        </w:tc>
      </w:tr>
      <w:tr w:rsidR="00EE4F01" w14:paraId="49B3BA37" w14:textId="77777777">
        <w:trPr>
          <w:trHeight w:val="806"/>
          <w:jc w:val="center"/>
        </w:trPr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9CC180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B8141C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E82A06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A0F655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16DFAA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8F4CDB" w14:textId="77777777" w:rsidR="00EE4F01" w:rsidRDefault="00EE4F01">
            <w:pPr>
              <w:spacing w:after="0"/>
            </w:pPr>
          </w:p>
        </w:tc>
        <w:tc>
          <w:tcPr>
            <w:tcW w:w="152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844E12" w14:textId="77777777" w:rsidR="00EE4F01" w:rsidRDefault="00EE4F01">
            <w:pPr>
              <w:spacing w:after="0"/>
            </w:pPr>
          </w:p>
        </w:tc>
      </w:tr>
      <w:tr w:rsidR="00EE4F01" w14:paraId="7F65D7CA" w14:textId="77777777">
        <w:trPr>
          <w:trHeight w:val="806"/>
          <w:jc w:val="center"/>
        </w:trPr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FBBA3B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2432A3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B782D1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22391B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F5AEF5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45A0EE" w14:textId="77777777" w:rsidR="00EE4F01" w:rsidRDefault="00EE4F01">
            <w:pPr>
              <w:spacing w:after="0"/>
            </w:pPr>
          </w:p>
        </w:tc>
        <w:tc>
          <w:tcPr>
            <w:tcW w:w="152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3B9F94" w14:textId="77777777" w:rsidR="00EE4F01" w:rsidRDefault="00EE4F01">
            <w:pPr>
              <w:spacing w:after="0"/>
            </w:pPr>
          </w:p>
        </w:tc>
      </w:tr>
    </w:tbl>
    <w:p w14:paraId="0114574C" w14:textId="77777777" w:rsidR="00EE4F01" w:rsidRDefault="00850FB6">
      <w:pPr>
        <w:pStyle w:val="Heading2"/>
        <w:spacing w:before="80" w:after="80"/>
      </w:pPr>
      <w:r>
        <w:t>Routine checks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EE4F01" w14:paraId="3FF9EAC6" w14:textId="77777777">
        <w:trPr>
          <w:jc w:val="center"/>
        </w:trPr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65BC48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Fresh water checked and refilled</w:t>
            </w:r>
          </w:p>
        </w:tc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F4B614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Garden checked before use</w:t>
            </w:r>
          </w:p>
        </w:tc>
      </w:tr>
      <w:tr w:rsidR="00EE4F01" w14:paraId="2A14D9ED" w14:textId="77777777">
        <w:trPr>
          <w:jc w:val="center"/>
        </w:trPr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B08FC9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Toilet breaks available all day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88F467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Two walks offered or adjusted</w:t>
            </w:r>
          </w:p>
        </w:tc>
      </w:tr>
      <w:tr w:rsidR="00EE4F01" w14:paraId="546E99A6" w14:textId="77777777">
        <w:trPr>
          <w:jc w:val="center"/>
        </w:trPr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F93003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Short lead used on streets</w:t>
            </w:r>
          </w:p>
        </w:tc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B3D7E6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Long lead used only in suitable open areas</w:t>
            </w:r>
          </w:p>
        </w:tc>
      </w:tr>
      <w:tr w:rsidR="00EE4F01" w14:paraId="0A96E5F0" w14:textId="77777777">
        <w:trPr>
          <w:jc w:val="center"/>
        </w:trPr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096254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Toys checked for damage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0DEF02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Dog given company care and affection</w:t>
            </w:r>
          </w:p>
        </w:tc>
      </w:tr>
      <w:tr w:rsidR="00EE4F01" w14:paraId="1C824E4F" w14:textId="77777777">
        <w:trPr>
          <w:jc w:val="center"/>
        </w:trPr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FFE33B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Rest and quiet time provided</w:t>
            </w:r>
          </w:p>
        </w:tc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BD2D5E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Dogs separated for feeding when required</w:t>
            </w:r>
          </w:p>
        </w:tc>
      </w:tr>
    </w:tbl>
    <w:p w14:paraId="4E02FA66" w14:textId="77777777" w:rsidR="00EE4F01" w:rsidRDefault="00850FB6">
      <w:pPr>
        <w:pStyle w:val="Heading2"/>
        <w:spacing w:before="80" w:after="80"/>
      </w:pPr>
      <w:r>
        <w:t>Daily notes or changes to routine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46"/>
      </w:tblGrid>
      <w:tr w:rsidR="00EE4F01" w14:paraId="1C6F8EF1" w14:textId="77777777">
        <w:trPr>
          <w:jc w:val="center"/>
        </w:trPr>
        <w:tc>
          <w:tcPr>
            <w:tcW w:w="10656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4D02C1" w14:textId="77777777" w:rsidR="00EE4F01" w:rsidRDefault="00EE4F01">
            <w:pPr>
              <w:spacing w:after="0"/>
            </w:pPr>
          </w:p>
        </w:tc>
      </w:tr>
    </w:tbl>
    <w:p w14:paraId="7ECB6B72" w14:textId="77777777" w:rsidR="00EE4F01" w:rsidRDefault="00850FB6">
      <w:r>
        <w:br w:type="page"/>
      </w:r>
    </w:p>
    <w:p w14:paraId="5CE5E195" w14:textId="77777777" w:rsidR="00EE4F01" w:rsidRDefault="00EE4F01">
      <w:pPr>
        <w:spacing w:after="0" w:line="10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8352"/>
      </w:tblGrid>
      <w:tr w:rsidR="00EE4F01" w14:paraId="7C8F4912" w14:textId="77777777">
        <w:tc>
          <w:tcPr>
            <w:tcW w:w="17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C03FE" w14:textId="77777777" w:rsidR="00EE4F01" w:rsidRDefault="00850FB6">
            <w:r>
              <w:rPr>
                <w:noProof/>
              </w:rPr>
              <w:drawing>
                <wp:inline distT="0" distB="0" distL="0" distR="0" wp14:anchorId="4157EBC0" wp14:editId="64FBF9B7">
                  <wp:extent cx="658368" cy="65836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ords_brand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65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21292" w14:textId="77777777" w:rsidR="00EE4F01" w:rsidRDefault="00850FB6">
            <w:pPr>
              <w:jc w:val="right"/>
            </w:pPr>
            <w:r>
              <w:rPr>
                <w:b/>
                <w:color w:val="173653"/>
                <w:sz w:val="28"/>
              </w:rPr>
              <w:t>THE FAST AND THE FURRIEST</w:t>
            </w:r>
            <w:r>
              <w:rPr>
                <w:sz w:val="18"/>
              </w:rPr>
              <w:br/>
              <w:t>Daily Home Boarding Record  |  Page 3 of 4</w:t>
            </w:r>
            <w:r>
              <w:rPr>
                <w:sz w:val="18"/>
              </w:rPr>
              <w:br/>
              <w:t>Medication health incidents and owner updates</w:t>
            </w:r>
          </w:p>
        </w:tc>
      </w:tr>
    </w:tbl>
    <w:p w14:paraId="1FF3362C" w14:textId="77777777" w:rsidR="00EE4F01" w:rsidRDefault="00EE4F01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2"/>
        <w:gridCol w:w="2661"/>
        <w:gridCol w:w="2662"/>
        <w:gridCol w:w="2661"/>
      </w:tblGrid>
      <w:tr w:rsidR="00EE4F01" w14:paraId="4C78499B" w14:textId="77777777">
        <w:trPr>
          <w:jc w:val="center"/>
        </w:trPr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71E88F" w14:textId="77777777" w:rsidR="00EE4F01" w:rsidRDefault="00850FB6">
            <w:pPr>
              <w:spacing w:after="0"/>
            </w:pPr>
            <w:r>
              <w:rPr>
                <w:sz w:val="16"/>
              </w:rPr>
              <w:t>Dog name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F3A717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5E01D5" w14:textId="77777777" w:rsidR="00EE4F01" w:rsidRDefault="00850FB6">
            <w:pPr>
              <w:spacing w:after="0"/>
            </w:pPr>
            <w:r>
              <w:rPr>
                <w:sz w:val="16"/>
              </w:rPr>
              <w:t>Stay dates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793879" w14:textId="77777777" w:rsidR="00EE4F01" w:rsidRDefault="00EE4F01">
            <w:pPr>
              <w:spacing w:after="0"/>
            </w:pPr>
          </w:p>
        </w:tc>
      </w:tr>
      <w:tr w:rsidR="00EE4F01" w14:paraId="509FCD96" w14:textId="77777777">
        <w:trPr>
          <w:jc w:val="center"/>
        </w:trPr>
        <w:tc>
          <w:tcPr>
            <w:tcW w:w="2664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AC9C5F" w14:textId="77777777" w:rsidR="00EE4F01" w:rsidRDefault="00850FB6">
            <w:pPr>
              <w:spacing w:after="0"/>
            </w:pPr>
            <w:r>
              <w:rPr>
                <w:sz w:val="16"/>
              </w:rPr>
              <w:t>Owner telephone</w:t>
            </w: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F7B2EB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97A302" w14:textId="77777777" w:rsidR="00EE4F01" w:rsidRDefault="00850FB6">
            <w:pPr>
              <w:spacing w:after="0"/>
            </w:pPr>
            <w:r>
              <w:rPr>
                <w:sz w:val="16"/>
              </w:rPr>
              <w:t>Veterinary practice</w:t>
            </w: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55620F" w14:textId="77777777" w:rsidR="00EE4F01" w:rsidRDefault="00EE4F01">
            <w:pPr>
              <w:spacing w:after="0"/>
            </w:pPr>
          </w:p>
        </w:tc>
      </w:tr>
    </w:tbl>
    <w:p w14:paraId="1D9EE250" w14:textId="77777777" w:rsidR="00EE4F01" w:rsidRDefault="00850FB6">
      <w:pPr>
        <w:pStyle w:val="Heading1"/>
        <w:spacing w:before="80" w:after="80"/>
      </w:pPr>
      <w:r>
        <w:t>Medication administration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74"/>
        <w:gridCol w:w="1774"/>
        <w:gridCol w:w="1775"/>
        <w:gridCol w:w="1774"/>
        <w:gridCol w:w="1774"/>
        <w:gridCol w:w="1775"/>
      </w:tblGrid>
      <w:tr w:rsidR="00EE4F01" w14:paraId="309A3A38" w14:textId="77777777">
        <w:trPr>
          <w:jc w:val="center"/>
        </w:trPr>
        <w:tc>
          <w:tcPr>
            <w:tcW w:w="1776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5CE356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Date</w:t>
            </w:r>
          </w:p>
        </w:tc>
        <w:tc>
          <w:tcPr>
            <w:tcW w:w="1776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8A56FF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Time</w:t>
            </w:r>
          </w:p>
        </w:tc>
        <w:tc>
          <w:tcPr>
            <w:tcW w:w="1776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385F1C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Medicine</w:t>
            </w:r>
          </w:p>
        </w:tc>
        <w:tc>
          <w:tcPr>
            <w:tcW w:w="1776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A59348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Dose and route</w:t>
            </w:r>
          </w:p>
        </w:tc>
        <w:tc>
          <w:tcPr>
            <w:tcW w:w="1776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101064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Given by</w:t>
            </w:r>
          </w:p>
        </w:tc>
        <w:tc>
          <w:tcPr>
            <w:tcW w:w="1776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51A100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Reaction or notes</w:t>
            </w:r>
          </w:p>
        </w:tc>
      </w:tr>
      <w:tr w:rsidR="00EE4F01" w14:paraId="50819D6B" w14:textId="77777777">
        <w:trPr>
          <w:trHeight w:val="547"/>
          <w:jc w:val="center"/>
        </w:trPr>
        <w:tc>
          <w:tcPr>
            <w:tcW w:w="17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B8392E" w14:textId="77777777" w:rsidR="00EE4F01" w:rsidRDefault="00EE4F01">
            <w:pPr>
              <w:spacing w:after="0"/>
            </w:pPr>
          </w:p>
        </w:tc>
        <w:tc>
          <w:tcPr>
            <w:tcW w:w="17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767473" w14:textId="77777777" w:rsidR="00EE4F01" w:rsidRDefault="00EE4F01">
            <w:pPr>
              <w:spacing w:after="0"/>
            </w:pPr>
          </w:p>
        </w:tc>
        <w:tc>
          <w:tcPr>
            <w:tcW w:w="17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5E3858" w14:textId="77777777" w:rsidR="00EE4F01" w:rsidRDefault="00EE4F01">
            <w:pPr>
              <w:spacing w:after="0"/>
            </w:pPr>
          </w:p>
        </w:tc>
        <w:tc>
          <w:tcPr>
            <w:tcW w:w="17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A45644" w14:textId="77777777" w:rsidR="00EE4F01" w:rsidRDefault="00EE4F01">
            <w:pPr>
              <w:spacing w:after="0"/>
            </w:pPr>
          </w:p>
        </w:tc>
        <w:tc>
          <w:tcPr>
            <w:tcW w:w="17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8E67C9" w14:textId="77777777" w:rsidR="00EE4F01" w:rsidRDefault="00EE4F01">
            <w:pPr>
              <w:spacing w:after="0"/>
            </w:pPr>
          </w:p>
        </w:tc>
        <w:tc>
          <w:tcPr>
            <w:tcW w:w="17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30783E" w14:textId="77777777" w:rsidR="00EE4F01" w:rsidRDefault="00EE4F01">
            <w:pPr>
              <w:spacing w:after="0"/>
            </w:pPr>
          </w:p>
        </w:tc>
      </w:tr>
      <w:tr w:rsidR="00EE4F01" w14:paraId="78EB5ACB" w14:textId="77777777">
        <w:trPr>
          <w:trHeight w:val="547"/>
          <w:jc w:val="center"/>
        </w:trPr>
        <w:tc>
          <w:tcPr>
            <w:tcW w:w="1776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80E2DF" w14:textId="77777777" w:rsidR="00EE4F01" w:rsidRDefault="00EE4F01">
            <w:pPr>
              <w:spacing w:after="0"/>
            </w:pPr>
          </w:p>
        </w:tc>
        <w:tc>
          <w:tcPr>
            <w:tcW w:w="1776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8C460D" w14:textId="77777777" w:rsidR="00EE4F01" w:rsidRDefault="00EE4F01">
            <w:pPr>
              <w:spacing w:after="0"/>
            </w:pPr>
          </w:p>
        </w:tc>
        <w:tc>
          <w:tcPr>
            <w:tcW w:w="1776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682DAD" w14:textId="77777777" w:rsidR="00EE4F01" w:rsidRDefault="00EE4F01">
            <w:pPr>
              <w:spacing w:after="0"/>
            </w:pPr>
          </w:p>
        </w:tc>
        <w:tc>
          <w:tcPr>
            <w:tcW w:w="1776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AD0E3A" w14:textId="77777777" w:rsidR="00EE4F01" w:rsidRDefault="00EE4F01">
            <w:pPr>
              <w:spacing w:after="0"/>
            </w:pPr>
          </w:p>
        </w:tc>
        <w:tc>
          <w:tcPr>
            <w:tcW w:w="1776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07B2BF" w14:textId="77777777" w:rsidR="00EE4F01" w:rsidRDefault="00EE4F01">
            <w:pPr>
              <w:spacing w:after="0"/>
            </w:pPr>
          </w:p>
        </w:tc>
        <w:tc>
          <w:tcPr>
            <w:tcW w:w="1776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60FD89" w14:textId="77777777" w:rsidR="00EE4F01" w:rsidRDefault="00EE4F01">
            <w:pPr>
              <w:spacing w:after="0"/>
            </w:pPr>
          </w:p>
        </w:tc>
      </w:tr>
      <w:tr w:rsidR="00EE4F01" w14:paraId="6966E149" w14:textId="77777777">
        <w:trPr>
          <w:trHeight w:val="547"/>
          <w:jc w:val="center"/>
        </w:trPr>
        <w:tc>
          <w:tcPr>
            <w:tcW w:w="17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070F69" w14:textId="77777777" w:rsidR="00EE4F01" w:rsidRDefault="00EE4F01">
            <w:pPr>
              <w:spacing w:after="0"/>
            </w:pPr>
          </w:p>
        </w:tc>
        <w:tc>
          <w:tcPr>
            <w:tcW w:w="17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E71E1D" w14:textId="77777777" w:rsidR="00EE4F01" w:rsidRDefault="00EE4F01">
            <w:pPr>
              <w:spacing w:after="0"/>
            </w:pPr>
          </w:p>
        </w:tc>
        <w:tc>
          <w:tcPr>
            <w:tcW w:w="17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7B18D3" w14:textId="77777777" w:rsidR="00EE4F01" w:rsidRDefault="00EE4F01">
            <w:pPr>
              <w:spacing w:after="0"/>
            </w:pPr>
          </w:p>
        </w:tc>
        <w:tc>
          <w:tcPr>
            <w:tcW w:w="17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742BC5" w14:textId="77777777" w:rsidR="00EE4F01" w:rsidRDefault="00EE4F01">
            <w:pPr>
              <w:spacing w:after="0"/>
            </w:pPr>
          </w:p>
        </w:tc>
        <w:tc>
          <w:tcPr>
            <w:tcW w:w="17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C00B97" w14:textId="77777777" w:rsidR="00EE4F01" w:rsidRDefault="00EE4F01">
            <w:pPr>
              <w:spacing w:after="0"/>
            </w:pPr>
          </w:p>
        </w:tc>
        <w:tc>
          <w:tcPr>
            <w:tcW w:w="17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8996B0" w14:textId="77777777" w:rsidR="00EE4F01" w:rsidRDefault="00EE4F01">
            <w:pPr>
              <w:spacing w:after="0"/>
            </w:pPr>
          </w:p>
        </w:tc>
      </w:tr>
    </w:tbl>
    <w:p w14:paraId="2ADD9765" w14:textId="77777777" w:rsidR="00EE4F01" w:rsidRDefault="00850FB6">
      <w:pPr>
        <w:pStyle w:val="Heading2"/>
        <w:spacing w:before="80" w:after="80"/>
      </w:pPr>
      <w:r>
        <w:t>Health welfare and veterinary advice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9"/>
        <w:gridCol w:w="2130"/>
        <w:gridCol w:w="2129"/>
        <w:gridCol w:w="2129"/>
        <w:gridCol w:w="2129"/>
      </w:tblGrid>
      <w:tr w:rsidR="00EE4F01" w14:paraId="63071994" w14:textId="77777777">
        <w:trPr>
          <w:jc w:val="center"/>
        </w:trPr>
        <w:tc>
          <w:tcPr>
            <w:tcW w:w="2131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05CA6C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Date and time</w:t>
            </w:r>
          </w:p>
        </w:tc>
        <w:tc>
          <w:tcPr>
            <w:tcW w:w="2131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3344B7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Observation or concern</w:t>
            </w:r>
          </w:p>
        </w:tc>
        <w:tc>
          <w:tcPr>
            <w:tcW w:w="2131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DFCBCA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Action taken</w:t>
            </w:r>
          </w:p>
        </w:tc>
        <w:tc>
          <w:tcPr>
            <w:tcW w:w="2131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99DDC7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Vet or owner advice</w:t>
            </w:r>
          </w:p>
        </w:tc>
        <w:tc>
          <w:tcPr>
            <w:tcW w:w="2131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DDDA29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Initials</w:t>
            </w:r>
          </w:p>
        </w:tc>
      </w:tr>
      <w:tr w:rsidR="00EE4F01" w14:paraId="40BF9AF4" w14:textId="77777777">
        <w:trPr>
          <w:trHeight w:val="576"/>
          <w:jc w:val="center"/>
        </w:trPr>
        <w:tc>
          <w:tcPr>
            <w:tcW w:w="21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6D35EF" w14:textId="77777777" w:rsidR="00EE4F01" w:rsidRDefault="00EE4F01">
            <w:pPr>
              <w:spacing w:after="0"/>
            </w:pPr>
          </w:p>
        </w:tc>
        <w:tc>
          <w:tcPr>
            <w:tcW w:w="21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BACC44" w14:textId="77777777" w:rsidR="00EE4F01" w:rsidRDefault="00EE4F01">
            <w:pPr>
              <w:spacing w:after="0"/>
            </w:pPr>
          </w:p>
        </w:tc>
        <w:tc>
          <w:tcPr>
            <w:tcW w:w="21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3B409E" w14:textId="77777777" w:rsidR="00EE4F01" w:rsidRDefault="00EE4F01">
            <w:pPr>
              <w:spacing w:after="0"/>
            </w:pPr>
          </w:p>
        </w:tc>
        <w:tc>
          <w:tcPr>
            <w:tcW w:w="21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2AC729" w14:textId="77777777" w:rsidR="00EE4F01" w:rsidRDefault="00EE4F01">
            <w:pPr>
              <w:spacing w:after="0"/>
            </w:pPr>
          </w:p>
        </w:tc>
        <w:tc>
          <w:tcPr>
            <w:tcW w:w="213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2760F6" w14:textId="77777777" w:rsidR="00EE4F01" w:rsidRDefault="00EE4F01">
            <w:pPr>
              <w:spacing w:after="0"/>
            </w:pPr>
          </w:p>
        </w:tc>
      </w:tr>
      <w:tr w:rsidR="00EE4F01" w14:paraId="016C806F" w14:textId="77777777">
        <w:trPr>
          <w:trHeight w:val="576"/>
          <w:jc w:val="center"/>
        </w:trPr>
        <w:tc>
          <w:tcPr>
            <w:tcW w:w="2131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A85776" w14:textId="77777777" w:rsidR="00EE4F01" w:rsidRDefault="00EE4F01">
            <w:pPr>
              <w:spacing w:after="0"/>
            </w:pPr>
          </w:p>
        </w:tc>
        <w:tc>
          <w:tcPr>
            <w:tcW w:w="2131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301506" w14:textId="77777777" w:rsidR="00EE4F01" w:rsidRDefault="00EE4F01">
            <w:pPr>
              <w:spacing w:after="0"/>
            </w:pPr>
          </w:p>
        </w:tc>
        <w:tc>
          <w:tcPr>
            <w:tcW w:w="2131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A341C7" w14:textId="77777777" w:rsidR="00EE4F01" w:rsidRDefault="00EE4F01">
            <w:pPr>
              <w:spacing w:after="0"/>
            </w:pPr>
          </w:p>
        </w:tc>
        <w:tc>
          <w:tcPr>
            <w:tcW w:w="2131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1F246B" w14:textId="77777777" w:rsidR="00EE4F01" w:rsidRDefault="00EE4F01">
            <w:pPr>
              <w:spacing w:after="0"/>
            </w:pPr>
          </w:p>
        </w:tc>
        <w:tc>
          <w:tcPr>
            <w:tcW w:w="2131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C50563" w14:textId="77777777" w:rsidR="00EE4F01" w:rsidRDefault="00EE4F01">
            <w:pPr>
              <w:spacing w:after="0"/>
            </w:pPr>
          </w:p>
        </w:tc>
      </w:tr>
    </w:tbl>
    <w:p w14:paraId="3A87D128" w14:textId="77777777" w:rsidR="00EE4F01" w:rsidRDefault="00850FB6">
      <w:pPr>
        <w:pStyle w:val="Heading2"/>
        <w:spacing w:before="80" w:after="80"/>
      </w:pPr>
      <w:r>
        <w:t>Owner communication record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0"/>
        <w:gridCol w:w="2662"/>
        <w:gridCol w:w="2662"/>
        <w:gridCol w:w="2662"/>
      </w:tblGrid>
      <w:tr w:rsidR="00EE4F01" w14:paraId="1C4D2A9E" w14:textId="77777777">
        <w:trPr>
          <w:jc w:val="center"/>
        </w:trPr>
        <w:tc>
          <w:tcPr>
            <w:tcW w:w="2664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6FB32B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Date and time</w:t>
            </w:r>
          </w:p>
        </w:tc>
        <w:tc>
          <w:tcPr>
            <w:tcW w:w="2664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392A12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Contact method</w:t>
            </w:r>
          </w:p>
        </w:tc>
        <w:tc>
          <w:tcPr>
            <w:tcW w:w="2664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0FF03F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Update or message</w:t>
            </w:r>
          </w:p>
        </w:tc>
        <w:tc>
          <w:tcPr>
            <w:tcW w:w="2664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807675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5"/>
              </w:rPr>
              <w:t>Response and action</w:t>
            </w:r>
          </w:p>
        </w:tc>
      </w:tr>
      <w:tr w:rsidR="00EE4F01" w14:paraId="5C195B9B" w14:textId="77777777">
        <w:trPr>
          <w:jc w:val="center"/>
        </w:trPr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68A725" w14:textId="77777777" w:rsidR="00EE4F01" w:rsidRDefault="00EE4F01">
            <w:pPr>
              <w:spacing w:after="0"/>
            </w:pP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E115AC" w14:textId="77777777" w:rsidR="00EE4F01" w:rsidRDefault="00EE4F01">
            <w:pPr>
              <w:spacing w:after="0"/>
            </w:pP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096285" w14:textId="77777777" w:rsidR="00EE4F01" w:rsidRDefault="00EE4F01">
            <w:pPr>
              <w:spacing w:after="0"/>
            </w:pP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154588" w14:textId="77777777" w:rsidR="00EE4F01" w:rsidRDefault="00EE4F01">
            <w:pPr>
              <w:spacing w:after="0"/>
            </w:pPr>
          </w:p>
        </w:tc>
      </w:tr>
      <w:tr w:rsidR="00EE4F01" w14:paraId="007B6327" w14:textId="77777777">
        <w:trPr>
          <w:jc w:val="center"/>
        </w:trPr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DC240C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5FB8ED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462A66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D55DC6" w14:textId="77777777" w:rsidR="00EE4F01" w:rsidRDefault="00EE4F01">
            <w:pPr>
              <w:spacing w:after="0"/>
            </w:pPr>
          </w:p>
        </w:tc>
      </w:tr>
    </w:tbl>
    <w:p w14:paraId="18978A10" w14:textId="77777777" w:rsidR="00EE4F01" w:rsidRDefault="00850FB6">
      <w:pPr>
        <w:pStyle w:val="Heading2"/>
        <w:spacing w:before="80" w:after="80"/>
      </w:pPr>
      <w:r>
        <w:t>Incident or emergency summary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2"/>
        <w:gridCol w:w="2661"/>
        <w:gridCol w:w="2662"/>
        <w:gridCol w:w="2661"/>
      </w:tblGrid>
      <w:tr w:rsidR="00EE4F01" w14:paraId="50867A8E" w14:textId="77777777">
        <w:trPr>
          <w:jc w:val="center"/>
        </w:trPr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9858D1" w14:textId="77777777" w:rsidR="00EE4F01" w:rsidRDefault="00850FB6">
            <w:pPr>
              <w:spacing w:after="0"/>
            </w:pPr>
            <w:r>
              <w:rPr>
                <w:sz w:val="16"/>
              </w:rPr>
              <w:t>Incident date and time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93F01A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6EF10B" w14:textId="77777777" w:rsidR="00EE4F01" w:rsidRDefault="00850FB6">
            <w:pPr>
              <w:spacing w:after="0"/>
            </w:pPr>
            <w:r>
              <w:rPr>
                <w:sz w:val="16"/>
              </w:rPr>
              <w:t>Location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222230" w14:textId="77777777" w:rsidR="00EE4F01" w:rsidRDefault="00EE4F01">
            <w:pPr>
              <w:spacing w:after="0"/>
            </w:pPr>
          </w:p>
        </w:tc>
      </w:tr>
      <w:tr w:rsidR="00EE4F01" w14:paraId="517CEC88" w14:textId="77777777">
        <w:trPr>
          <w:jc w:val="center"/>
        </w:trPr>
        <w:tc>
          <w:tcPr>
            <w:tcW w:w="2664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1881CF" w14:textId="77777777" w:rsidR="00EE4F01" w:rsidRDefault="00850FB6">
            <w:pPr>
              <w:spacing w:after="0"/>
            </w:pPr>
            <w:r>
              <w:rPr>
                <w:sz w:val="16"/>
              </w:rPr>
              <w:t>People contacted</w:t>
            </w: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38D571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611176" w14:textId="77777777" w:rsidR="00EE4F01" w:rsidRDefault="00850FB6">
            <w:pPr>
              <w:spacing w:after="0"/>
            </w:pPr>
            <w:r>
              <w:rPr>
                <w:sz w:val="16"/>
              </w:rPr>
              <w:t>Reference number</w:t>
            </w: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E7CBA9" w14:textId="77777777" w:rsidR="00EE4F01" w:rsidRDefault="00EE4F01">
            <w:pPr>
              <w:spacing w:after="0"/>
            </w:pPr>
          </w:p>
        </w:tc>
      </w:tr>
    </w:tbl>
    <w:p w14:paraId="408B0AF4" w14:textId="77777777" w:rsidR="00EE4F01" w:rsidRDefault="00850FB6">
      <w:r>
        <w:br w:type="page"/>
      </w:r>
    </w:p>
    <w:p w14:paraId="312FFB8C" w14:textId="77777777" w:rsidR="00EE4F01" w:rsidRDefault="00EE4F01">
      <w:pPr>
        <w:spacing w:after="0" w:line="10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8352"/>
      </w:tblGrid>
      <w:tr w:rsidR="00EE4F01" w14:paraId="79DFC42D" w14:textId="77777777">
        <w:tc>
          <w:tcPr>
            <w:tcW w:w="17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1F996" w14:textId="77777777" w:rsidR="00EE4F01" w:rsidRDefault="00850FB6">
            <w:r>
              <w:rPr>
                <w:noProof/>
              </w:rPr>
              <w:drawing>
                <wp:inline distT="0" distB="0" distL="0" distR="0" wp14:anchorId="31A7E0EF" wp14:editId="106D098B">
                  <wp:extent cx="658368" cy="65836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ords_brand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658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0AD28" w14:textId="77777777" w:rsidR="00EE4F01" w:rsidRDefault="00850FB6">
            <w:pPr>
              <w:jc w:val="right"/>
            </w:pPr>
            <w:r>
              <w:rPr>
                <w:b/>
                <w:color w:val="173653"/>
                <w:sz w:val="28"/>
              </w:rPr>
              <w:t>THE FAST AND THE FURRIEST</w:t>
            </w:r>
            <w:r>
              <w:rPr>
                <w:sz w:val="18"/>
              </w:rPr>
              <w:br/>
              <w:t>Daily Home Boarding Record  |  Page 4 of 4</w:t>
            </w:r>
            <w:r>
              <w:rPr>
                <w:sz w:val="18"/>
              </w:rPr>
              <w:br/>
              <w:t>Collection handover and changeover checks</w:t>
            </w:r>
          </w:p>
        </w:tc>
      </w:tr>
    </w:tbl>
    <w:p w14:paraId="1875DABA" w14:textId="77777777" w:rsidR="00EE4F01" w:rsidRDefault="00EE4F01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2"/>
        <w:gridCol w:w="2661"/>
        <w:gridCol w:w="2662"/>
        <w:gridCol w:w="2661"/>
      </w:tblGrid>
      <w:tr w:rsidR="00EE4F01" w14:paraId="611CC8A9" w14:textId="77777777">
        <w:trPr>
          <w:jc w:val="center"/>
        </w:trPr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54C617" w14:textId="77777777" w:rsidR="00EE4F01" w:rsidRDefault="00850FB6">
            <w:pPr>
              <w:spacing w:after="0"/>
            </w:pPr>
            <w:r>
              <w:rPr>
                <w:sz w:val="16"/>
              </w:rPr>
              <w:t>Dog name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406D38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AAE9C4" w14:textId="77777777" w:rsidR="00EE4F01" w:rsidRDefault="00850FB6">
            <w:pPr>
              <w:spacing w:after="0"/>
            </w:pPr>
            <w:r>
              <w:rPr>
                <w:sz w:val="16"/>
              </w:rPr>
              <w:t>Collection date and time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D6D7AD" w14:textId="77777777" w:rsidR="00EE4F01" w:rsidRDefault="00EE4F01">
            <w:pPr>
              <w:spacing w:after="0"/>
            </w:pPr>
          </w:p>
        </w:tc>
      </w:tr>
      <w:tr w:rsidR="00EE4F01" w14:paraId="1B0ADA32" w14:textId="77777777">
        <w:trPr>
          <w:jc w:val="center"/>
        </w:trPr>
        <w:tc>
          <w:tcPr>
            <w:tcW w:w="2664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4AD9CE" w14:textId="77777777" w:rsidR="00EE4F01" w:rsidRDefault="00850FB6">
            <w:pPr>
              <w:spacing w:after="0"/>
            </w:pPr>
            <w:r>
              <w:rPr>
                <w:sz w:val="16"/>
              </w:rPr>
              <w:t>Collector name</w:t>
            </w: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928894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8E8050" w14:textId="77777777" w:rsidR="00EE4F01" w:rsidRDefault="00850FB6">
            <w:pPr>
              <w:spacing w:after="0"/>
            </w:pPr>
            <w:r>
              <w:rPr>
                <w:sz w:val="16"/>
              </w:rPr>
              <w:t>Payment recorded</w:t>
            </w:r>
          </w:p>
        </w:tc>
        <w:tc>
          <w:tcPr>
            <w:tcW w:w="266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DD6223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</w:p>
        </w:tc>
      </w:tr>
    </w:tbl>
    <w:p w14:paraId="0A615ED9" w14:textId="77777777" w:rsidR="00EE4F01" w:rsidRDefault="00850FB6">
      <w:pPr>
        <w:pStyle w:val="Heading1"/>
        <w:spacing w:before="80" w:after="80"/>
      </w:pPr>
      <w:r>
        <w:t>End of stay summary for the owner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EE4F01" w14:paraId="1D0440D4" w14:textId="77777777">
        <w:trPr>
          <w:trHeight w:val="576"/>
          <w:jc w:val="center"/>
        </w:trPr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806487" w14:textId="77777777" w:rsidR="00EE4F01" w:rsidRDefault="00850FB6">
            <w:pPr>
              <w:spacing w:after="0"/>
            </w:pPr>
            <w:r>
              <w:rPr>
                <w:sz w:val="16"/>
              </w:rPr>
              <w:t>Food and water intake</w:t>
            </w:r>
          </w:p>
        </w:tc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9D63A3" w14:textId="77777777" w:rsidR="00EE4F01" w:rsidRDefault="00EE4F01">
            <w:pPr>
              <w:spacing w:after="0"/>
            </w:pPr>
          </w:p>
        </w:tc>
      </w:tr>
      <w:tr w:rsidR="00EE4F01" w14:paraId="7F4EF95F" w14:textId="77777777">
        <w:trPr>
          <w:trHeight w:val="576"/>
          <w:jc w:val="center"/>
        </w:trPr>
        <w:tc>
          <w:tcPr>
            <w:tcW w:w="5328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37CBF9" w14:textId="77777777" w:rsidR="00EE4F01" w:rsidRDefault="00850FB6">
            <w:pPr>
              <w:spacing w:after="0"/>
            </w:pPr>
            <w:r>
              <w:rPr>
                <w:sz w:val="16"/>
              </w:rPr>
              <w:t>Toileting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98E9D2" w14:textId="77777777" w:rsidR="00EE4F01" w:rsidRDefault="00EE4F01">
            <w:pPr>
              <w:spacing w:after="0"/>
            </w:pPr>
          </w:p>
        </w:tc>
      </w:tr>
      <w:tr w:rsidR="00EE4F01" w14:paraId="22EE3D54" w14:textId="77777777">
        <w:trPr>
          <w:trHeight w:val="576"/>
          <w:jc w:val="center"/>
        </w:trPr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C1BAC9" w14:textId="77777777" w:rsidR="00EE4F01" w:rsidRDefault="00850FB6">
            <w:pPr>
              <w:spacing w:after="0"/>
            </w:pPr>
            <w:r>
              <w:rPr>
                <w:sz w:val="16"/>
              </w:rPr>
              <w:t>Walks play and enrichment</w:t>
            </w:r>
          </w:p>
        </w:tc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275B82" w14:textId="77777777" w:rsidR="00EE4F01" w:rsidRDefault="00EE4F01">
            <w:pPr>
              <w:spacing w:after="0"/>
            </w:pPr>
          </w:p>
        </w:tc>
      </w:tr>
      <w:tr w:rsidR="00EE4F01" w14:paraId="5FE77F1A" w14:textId="77777777">
        <w:trPr>
          <w:trHeight w:val="576"/>
          <w:jc w:val="center"/>
        </w:trPr>
        <w:tc>
          <w:tcPr>
            <w:tcW w:w="5328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B394B6" w14:textId="77777777" w:rsidR="00EE4F01" w:rsidRDefault="00850FB6">
            <w:pPr>
              <w:spacing w:after="0"/>
            </w:pPr>
            <w:r>
              <w:rPr>
                <w:sz w:val="16"/>
              </w:rPr>
              <w:t>Sleep behaviour and settling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5CD1C1" w14:textId="77777777" w:rsidR="00EE4F01" w:rsidRDefault="00EE4F01">
            <w:pPr>
              <w:spacing w:after="0"/>
            </w:pPr>
          </w:p>
        </w:tc>
      </w:tr>
      <w:tr w:rsidR="00EE4F01" w14:paraId="3E558E0D" w14:textId="77777777">
        <w:trPr>
          <w:trHeight w:val="576"/>
          <w:jc w:val="center"/>
        </w:trPr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03E5CE" w14:textId="77777777" w:rsidR="00EE4F01" w:rsidRDefault="00850FB6">
            <w:pPr>
              <w:spacing w:after="0"/>
            </w:pPr>
            <w:r>
              <w:rPr>
                <w:sz w:val="16"/>
              </w:rPr>
              <w:t>Medication and health</w:t>
            </w:r>
          </w:p>
        </w:tc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93F61C" w14:textId="77777777" w:rsidR="00EE4F01" w:rsidRDefault="00EE4F01">
            <w:pPr>
              <w:spacing w:after="0"/>
            </w:pPr>
          </w:p>
        </w:tc>
      </w:tr>
      <w:tr w:rsidR="00EE4F01" w14:paraId="7F865756" w14:textId="77777777">
        <w:trPr>
          <w:trHeight w:val="576"/>
          <w:jc w:val="center"/>
        </w:trPr>
        <w:tc>
          <w:tcPr>
            <w:tcW w:w="5328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37688E" w14:textId="77777777" w:rsidR="00EE4F01" w:rsidRDefault="00850FB6">
            <w:pPr>
              <w:spacing w:after="0"/>
            </w:pPr>
            <w:r>
              <w:rPr>
                <w:sz w:val="16"/>
              </w:rPr>
              <w:t>Issues incidents or veterinary advice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B2F5A4" w14:textId="77777777" w:rsidR="00EE4F01" w:rsidRDefault="00EE4F01">
            <w:pPr>
              <w:spacing w:after="0"/>
            </w:pPr>
          </w:p>
        </w:tc>
      </w:tr>
    </w:tbl>
    <w:p w14:paraId="5FD17860" w14:textId="77777777" w:rsidR="00EE4F01" w:rsidRDefault="00850FB6">
      <w:pPr>
        <w:pStyle w:val="Heading2"/>
        <w:spacing w:before="80" w:after="80"/>
      </w:pPr>
      <w:r>
        <w:t>Belongings returned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48"/>
        <w:gridCol w:w="3549"/>
        <w:gridCol w:w="3549"/>
      </w:tblGrid>
      <w:tr w:rsidR="00EE4F01" w14:paraId="4930FA4A" w14:textId="77777777">
        <w:trPr>
          <w:jc w:val="center"/>
        </w:trPr>
        <w:tc>
          <w:tcPr>
            <w:tcW w:w="3552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03D7B7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6"/>
              </w:rPr>
              <w:t>Item</w:t>
            </w:r>
          </w:p>
        </w:tc>
        <w:tc>
          <w:tcPr>
            <w:tcW w:w="3552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773CFA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6"/>
              </w:rPr>
              <w:t>Quantity or details</w:t>
            </w:r>
          </w:p>
        </w:tc>
        <w:tc>
          <w:tcPr>
            <w:tcW w:w="3552" w:type="dxa"/>
            <w:shd w:val="clear" w:color="auto" w:fill="17365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6B3730" w14:textId="77777777" w:rsidR="00EE4F01" w:rsidRDefault="00850FB6">
            <w:pPr>
              <w:spacing w:after="0"/>
            </w:pPr>
            <w:r>
              <w:rPr>
                <w:b/>
                <w:color w:val="FFFFFF"/>
                <w:sz w:val="16"/>
              </w:rPr>
              <w:t>Returned</w:t>
            </w:r>
          </w:p>
        </w:tc>
      </w:tr>
      <w:tr w:rsidR="00EE4F01" w14:paraId="0ABD447F" w14:textId="77777777">
        <w:trPr>
          <w:jc w:val="center"/>
        </w:trPr>
        <w:tc>
          <w:tcPr>
            <w:tcW w:w="35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FEB827" w14:textId="77777777" w:rsidR="00EE4F01" w:rsidRDefault="00EE4F01">
            <w:pPr>
              <w:spacing w:after="0"/>
            </w:pPr>
          </w:p>
        </w:tc>
        <w:tc>
          <w:tcPr>
            <w:tcW w:w="35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EBB71E" w14:textId="77777777" w:rsidR="00EE4F01" w:rsidRDefault="00EE4F01">
            <w:pPr>
              <w:spacing w:after="0"/>
            </w:pPr>
          </w:p>
        </w:tc>
        <w:tc>
          <w:tcPr>
            <w:tcW w:w="35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DCB2A0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</w:p>
        </w:tc>
      </w:tr>
      <w:tr w:rsidR="00EE4F01" w14:paraId="59D9CD83" w14:textId="77777777">
        <w:trPr>
          <w:jc w:val="center"/>
        </w:trPr>
        <w:tc>
          <w:tcPr>
            <w:tcW w:w="355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F9819A" w14:textId="77777777" w:rsidR="00EE4F01" w:rsidRDefault="00EE4F01">
            <w:pPr>
              <w:spacing w:after="0"/>
            </w:pPr>
          </w:p>
        </w:tc>
        <w:tc>
          <w:tcPr>
            <w:tcW w:w="355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EDA3AA" w14:textId="77777777" w:rsidR="00EE4F01" w:rsidRDefault="00EE4F01">
            <w:pPr>
              <w:spacing w:after="0"/>
            </w:pPr>
          </w:p>
        </w:tc>
        <w:tc>
          <w:tcPr>
            <w:tcW w:w="3552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AC7A3A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</w:p>
        </w:tc>
      </w:tr>
      <w:tr w:rsidR="00EE4F01" w14:paraId="71B9BA89" w14:textId="77777777">
        <w:trPr>
          <w:jc w:val="center"/>
        </w:trPr>
        <w:tc>
          <w:tcPr>
            <w:tcW w:w="35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ADF2E5" w14:textId="77777777" w:rsidR="00EE4F01" w:rsidRDefault="00EE4F01">
            <w:pPr>
              <w:spacing w:after="0"/>
            </w:pPr>
          </w:p>
        </w:tc>
        <w:tc>
          <w:tcPr>
            <w:tcW w:w="35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4C0453" w14:textId="77777777" w:rsidR="00EE4F01" w:rsidRDefault="00EE4F01">
            <w:pPr>
              <w:spacing w:after="0"/>
            </w:pPr>
          </w:p>
        </w:tc>
        <w:tc>
          <w:tcPr>
            <w:tcW w:w="355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4EA26A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</w:p>
        </w:tc>
      </w:tr>
    </w:tbl>
    <w:p w14:paraId="7D360789" w14:textId="77777777" w:rsidR="00EE4F01" w:rsidRDefault="00850FB6">
      <w:pPr>
        <w:pStyle w:val="Heading2"/>
        <w:spacing w:before="80" w:after="80"/>
      </w:pPr>
      <w:r>
        <w:t>End of stay cleaning and preparation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EE4F01" w14:paraId="63B57D58" w14:textId="77777777">
        <w:trPr>
          <w:jc w:val="center"/>
        </w:trPr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CC1705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Food and water bowls washed</w:t>
            </w:r>
          </w:p>
        </w:tc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9BE538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Kitchen and Dog Sun Room checked</w:t>
            </w:r>
          </w:p>
        </w:tc>
      </w:tr>
      <w:tr w:rsidR="00EE4F01" w14:paraId="4EA955D7" w14:textId="77777777">
        <w:trPr>
          <w:jc w:val="center"/>
        </w:trPr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96774E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Sleeping area cleaned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6BB91C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Business bedding laundered</w:t>
            </w:r>
          </w:p>
        </w:tc>
      </w:tr>
      <w:tr w:rsidR="00EE4F01" w14:paraId="689DF107" w14:textId="77777777">
        <w:trPr>
          <w:jc w:val="center"/>
        </w:trPr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4EFDCF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Toys cleaned and inspected</w:t>
            </w:r>
          </w:p>
        </w:tc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6BCCD5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Garden checked and waste removed</w:t>
            </w:r>
          </w:p>
        </w:tc>
      </w:tr>
      <w:tr w:rsidR="00EE4F01" w14:paraId="32447C7B" w14:textId="77777777">
        <w:trPr>
          <w:jc w:val="center"/>
        </w:trPr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3477BB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Towels laundered</w:t>
            </w:r>
          </w:p>
        </w:tc>
        <w:tc>
          <w:tcPr>
            <w:tcW w:w="532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E200C7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Medicines and chilled food returned</w:t>
            </w:r>
          </w:p>
        </w:tc>
      </w:tr>
      <w:tr w:rsidR="00EE4F01" w14:paraId="3E6DE74E" w14:textId="77777777">
        <w:trPr>
          <w:jc w:val="center"/>
        </w:trPr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683847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Dog cupboard emptied and cleaned</w:t>
            </w:r>
          </w:p>
        </w:tc>
        <w:tc>
          <w:tcPr>
            <w:tcW w:w="5328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43BB1C" w14:textId="77777777" w:rsidR="00EE4F01" w:rsidRDefault="00850FB6">
            <w:pPr>
              <w:spacing w:after="0"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 Daily records completed and filed</w:t>
            </w:r>
          </w:p>
        </w:tc>
      </w:tr>
    </w:tbl>
    <w:p w14:paraId="194F75C7" w14:textId="77777777" w:rsidR="00EE4F01" w:rsidRDefault="00850FB6">
      <w:pPr>
        <w:pStyle w:val="Heading2"/>
        <w:spacing w:before="80" w:after="80"/>
      </w:pPr>
      <w:r>
        <w:t>Final notes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62"/>
        <w:gridCol w:w="2661"/>
        <w:gridCol w:w="2662"/>
        <w:gridCol w:w="2661"/>
      </w:tblGrid>
      <w:tr w:rsidR="00EE4F01" w14:paraId="1E801555" w14:textId="77777777">
        <w:trPr>
          <w:jc w:val="center"/>
        </w:trPr>
        <w:tc>
          <w:tcPr>
            <w:tcW w:w="10656" w:type="dxa"/>
            <w:gridSpan w:val="4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660FFD" w14:textId="77777777" w:rsidR="00EE4F01" w:rsidRDefault="00EE4F01">
            <w:pPr>
              <w:spacing w:after="0"/>
            </w:pPr>
          </w:p>
        </w:tc>
      </w:tr>
      <w:tr w:rsidR="00EE4F01" w14:paraId="16A0D44D" w14:textId="77777777">
        <w:trPr>
          <w:jc w:val="center"/>
        </w:trPr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BF2F1A" w14:textId="77777777" w:rsidR="00EE4F01" w:rsidRDefault="00850FB6">
            <w:pPr>
              <w:spacing w:after="0"/>
            </w:pPr>
            <w:r>
              <w:rPr>
                <w:sz w:val="16"/>
              </w:rPr>
              <w:t>Owner or collector signature and date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7ECE63" w14:textId="77777777" w:rsidR="00EE4F01" w:rsidRDefault="00EE4F01">
            <w:pPr>
              <w:spacing w:after="0"/>
            </w:pP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C092EA" w14:textId="77777777" w:rsidR="00EE4F01" w:rsidRDefault="00850FB6">
            <w:pPr>
              <w:spacing w:after="0"/>
            </w:pPr>
            <w:r>
              <w:rPr>
                <w:sz w:val="16"/>
              </w:rPr>
              <w:t>Licence holder signature and date</w:t>
            </w:r>
          </w:p>
        </w:tc>
        <w:tc>
          <w:tcPr>
            <w:tcW w:w="2664" w:type="dxa"/>
            <w:shd w:val="clear" w:color="auto" w:fill="F4F8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8D10B07" w14:textId="77777777" w:rsidR="00EE4F01" w:rsidRDefault="00EE4F01">
            <w:pPr>
              <w:spacing w:after="0"/>
            </w:pPr>
          </w:p>
        </w:tc>
      </w:tr>
    </w:tbl>
    <w:p w14:paraId="32FD4FC3" w14:textId="77777777" w:rsidR="00850FB6" w:rsidRDefault="00850FB6"/>
    <w:sectPr w:rsidR="00850FB6" w:rsidSect="00034616">
      <w:footerReference w:type="default" r:id="rId9"/>
      <w:pgSz w:w="12240" w:h="15840"/>
      <w:pgMar w:top="648" w:right="792" w:bottom="648" w:left="792" w:header="216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5F5C4" w14:textId="77777777" w:rsidR="00850FB6" w:rsidRDefault="00850FB6">
      <w:pPr>
        <w:spacing w:after="0" w:line="240" w:lineRule="auto"/>
      </w:pPr>
      <w:r>
        <w:separator/>
      </w:r>
    </w:p>
  </w:endnote>
  <w:endnote w:type="continuationSeparator" w:id="0">
    <w:p w14:paraId="2FB67E4A" w14:textId="77777777" w:rsidR="00850FB6" w:rsidRDefault="0085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9E87A" w14:textId="77777777" w:rsidR="00EE4F01" w:rsidRDefault="00850FB6">
    <w:pPr>
      <w:pStyle w:val="Footer"/>
      <w:jc w:val="center"/>
    </w:pPr>
    <w:r>
      <w:rPr>
        <w:color w:val="5A5A5A"/>
        <w:sz w:val="15"/>
      </w:rPr>
      <w:t xml:space="preserve">The Fast and the </w:t>
    </w:r>
    <w:proofErr w:type="gramStart"/>
    <w:r>
      <w:rPr>
        <w:color w:val="5A5A5A"/>
        <w:sz w:val="15"/>
      </w:rPr>
      <w:t>Furriest  |</w:t>
    </w:r>
    <w:proofErr w:type="gramEnd"/>
    <w:r>
      <w:rPr>
        <w:color w:val="5A5A5A"/>
        <w:sz w:val="15"/>
      </w:rPr>
      <w:t xml:space="preserve">  One dog per </w:t>
    </w:r>
    <w:proofErr w:type="gramStart"/>
    <w:r>
      <w:rPr>
        <w:color w:val="5A5A5A"/>
        <w:sz w:val="15"/>
      </w:rPr>
      <w:t>record  |</w:t>
    </w:r>
    <w:proofErr w:type="gramEnd"/>
    <w:r>
      <w:rPr>
        <w:color w:val="5A5A5A"/>
        <w:sz w:val="15"/>
      </w:rPr>
      <w:t xml:space="preserve">  Keep with the dog record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71295" w14:textId="77777777" w:rsidR="00850FB6" w:rsidRDefault="00850FB6">
      <w:pPr>
        <w:spacing w:after="0" w:line="240" w:lineRule="auto"/>
      </w:pPr>
      <w:r>
        <w:separator/>
      </w:r>
    </w:p>
  </w:footnote>
  <w:footnote w:type="continuationSeparator" w:id="0">
    <w:p w14:paraId="32040B00" w14:textId="77777777" w:rsidR="00850FB6" w:rsidRDefault="00850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5016602">
    <w:abstractNumId w:val="8"/>
  </w:num>
  <w:num w:numId="2" w16cid:durableId="321928727">
    <w:abstractNumId w:val="6"/>
  </w:num>
  <w:num w:numId="3" w16cid:durableId="1234704888">
    <w:abstractNumId w:val="5"/>
  </w:num>
  <w:num w:numId="4" w16cid:durableId="1812558077">
    <w:abstractNumId w:val="4"/>
  </w:num>
  <w:num w:numId="5" w16cid:durableId="1059551421">
    <w:abstractNumId w:val="7"/>
  </w:num>
  <w:num w:numId="6" w16cid:durableId="1866556201">
    <w:abstractNumId w:val="3"/>
  </w:num>
  <w:num w:numId="7" w16cid:durableId="198207843">
    <w:abstractNumId w:val="2"/>
  </w:num>
  <w:num w:numId="8" w16cid:durableId="753552524">
    <w:abstractNumId w:val="1"/>
  </w:num>
  <w:num w:numId="9" w16cid:durableId="1808470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6D8B"/>
    <w:rsid w:val="0072768E"/>
    <w:rsid w:val="00850FB6"/>
    <w:rsid w:val="00AA1D8D"/>
    <w:rsid w:val="00B47730"/>
    <w:rsid w:val="00CB0664"/>
    <w:rsid w:val="00EE4F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F993ED"/>
  <w14:defaultImageDpi w14:val="300"/>
  <w15:docId w15:val="{77267DA8-6FF9-4B42-9F48-C9A84E31D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Fast and the Furriest Daily Home Boarding Record</dc:title>
  <dc:subject/>
  <dc:creator>Ryan Williams</dc:creator>
  <cp:keywords/>
  <dc:description>generated by python-docx</dc:description>
  <cp:lastModifiedBy>ryan williams</cp:lastModifiedBy>
  <cp:revision>2</cp:revision>
  <cp:lastPrinted>2026-09-28T11:27:00Z</cp:lastPrinted>
  <dcterms:created xsi:type="dcterms:W3CDTF">2026-09-28T11:29:00Z</dcterms:created>
  <dcterms:modified xsi:type="dcterms:W3CDTF">2026-09-28T11:29:00Z</dcterms:modified>
  <cp:category/>
</cp:coreProperties>
</file>